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5B9" w:rsidRPr="00CB2C99" w:rsidRDefault="006544E0">
      <w:pPr>
        <w:pStyle w:val="Titel"/>
        <w:jc w:val="center"/>
        <w:rPr>
          <w:rFonts w:ascii="Calibri Light" w:hAnsi="Calibri Light" w:cs="Calibri Light"/>
          <w:b/>
          <w:color w:val="365F91" w:themeColor="accent1" w:themeShade="BF"/>
          <w:sz w:val="72"/>
          <w:lang w:val="de-DE"/>
        </w:rPr>
      </w:pPr>
      <w:r w:rsidRPr="00CB2C99">
        <w:rPr>
          <w:rFonts w:ascii="Calibri Light" w:hAnsi="Calibri Light" w:cs="Calibri Light"/>
          <w:b/>
          <w:color w:val="365F91" w:themeColor="accent1" w:themeShade="BF"/>
          <w:sz w:val="72"/>
          <w:lang w:val="de-DE"/>
        </w:rPr>
        <w:t>PROJEKT­DOKUMENTATION</w:t>
      </w:r>
    </w:p>
    <w:p w:rsidR="00A315B9" w:rsidRPr="00CB2C99" w:rsidRDefault="006544E0" w:rsidP="00786F0D">
      <w:pPr>
        <w:jc w:val="center"/>
        <w:rPr>
          <w:rFonts w:asciiTheme="majorHAnsi" w:hAnsiTheme="majorHAnsi" w:cstheme="majorHAnsi"/>
          <w:sz w:val="36"/>
          <w:lang w:val="de-DE"/>
        </w:rPr>
      </w:pPr>
      <w:r w:rsidRPr="00CB2C99">
        <w:rPr>
          <w:rFonts w:asciiTheme="majorHAnsi" w:hAnsiTheme="majorHAnsi" w:cstheme="majorHAnsi"/>
          <w:sz w:val="36"/>
          <w:lang w:val="de-DE"/>
        </w:rPr>
        <w:br/>
      </w:r>
      <w:r w:rsidRPr="00CB2C99">
        <w:rPr>
          <w:rFonts w:asciiTheme="majorHAnsi" w:hAnsiTheme="majorHAnsi" w:cstheme="majorHAnsi"/>
          <w:sz w:val="36"/>
          <w:lang w:val="de-DE"/>
        </w:rPr>
        <w:br/>
      </w:r>
    </w:p>
    <w:p w:rsidR="00A315B9" w:rsidRPr="00CB2C99" w:rsidRDefault="00A315B9" w:rsidP="00786F0D">
      <w:pPr>
        <w:jc w:val="center"/>
        <w:rPr>
          <w:rFonts w:asciiTheme="majorHAnsi" w:hAnsiTheme="majorHAnsi" w:cstheme="majorHAnsi"/>
          <w:sz w:val="36"/>
          <w:lang w:val="de-DE"/>
        </w:rPr>
      </w:pPr>
    </w:p>
    <w:p w:rsidR="00786F0D" w:rsidRPr="00CB2C99" w:rsidRDefault="00786F0D" w:rsidP="00786F0D">
      <w:pPr>
        <w:jc w:val="center"/>
        <w:rPr>
          <w:rFonts w:asciiTheme="majorHAnsi" w:hAnsiTheme="majorHAnsi" w:cstheme="majorHAnsi"/>
          <w:color w:val="1F497D" w:themeColor="text2"/>
          <w:sz w:val="40"/>
          <w:lang w:val="de-DE"/>
        </w:rPr>
      </w:pPr>
      <w:r w:rsidRPr="00CB2C99">
        <w:rPr>
          <w:rFonts w:asciiTheme="majorHAnsi" w:hAnsiTheme="majorHAnsi" w:cstheme="majorHAnsi"/>
          <w:color w:val="1F497D" w:themeColor="text2"/>
          <w:sz w:val="40"/>
          <w:lang w:val="de-DE"/>
        </w:rPr>
        <w:t>Projekttitel: Musterprojekt</w:t>
      </w:r>
    </w:p>
    <w:p w:rsidR="00A315B9" w:rsidRPr="00CB2C99" w:rsidRDefault="00786F0D" w:rsidP="00786F0D">
      <w:pPr>
        <w:jc w:val="center"/>
        <w:rPr>
          <w:rFonts w:asciiTheme="majorHAnsi" w:hAnsiTheme="majorHAnsi" w:cstheme="majorHAnsi"/>
          <w:color w:val="1F497D" w:themeColor="text2"/>
          <w:sz w:val="40"/>
          <w:lang w:val="de-DE"/>
        </w:rPr>
      </w:pPr>
      <w:r w:rsidRPr="00CB2C99">
        <w:rPr>
          <w:rFonts w:asciiTheme="majorHAnsi" w:hAnsiTheme="majorHAnsi" w:cstheme="majorHAnsi"/>
          <w:color w:val="1F497D" w:themeColor="text2"/>
          <w:sz w:val="40"/>
          <w:lang w:val="de-DE"/>
        </w:rPr>
        <w:t>Projektverantwortlicher: Herr Mustermann</w:t>
      </w:r>
    </w:p>
    <w:p w:rsidR="00786F0D" w:rsidRPr="00CB2C99" w:rsidRDefault="004F1D64" w:rsidP="0014734B">
      <w:pPr>
        <w:jc w:val="center"/>
        <w:rPr>
          <w:rFonts w:asciiTheme="majorHAnsi" w:hAnsiTheme="majorHAnsi" w:cstheme="majorHAnsi"/>
          <w:color w:val="1F497D" w:themeColor="text2"/>
          <w:sz w:val="40"/>
          <w:lang w:val="de-DE"/>
        </w:rPr>
      </w:pPr>
      <w:r>
        <w:rPr>
          <w:rFonts w:asciiTheme="majorHAnsi" w:hAnsiTheme="majorHAnsi" w:cstheme="majorHAnsi"/>
          <w:color w:val="1F497D" w:themeColor="text2"/>
          <w:sz w:val="40"/>
          <w:lang w:val="de-DE"/>
        </w:rPr>
        <w:t>Datum: 01.01.2026</w:t>
      </w:r>
    </w:p>
    <w:p w:rsidR="0014734B" w:rsidRPr="00CB2C99" w:rsidRDefault="0014734B" w:rsidP="0014734B">
      <w:pPr>
        <w:jc w:val="center"/>
        <w:rPr>
          <w:rFonts w:asciiTheme="majorHAnsi" w:hAnsiTheme="majorHAnsi" w:cstheme="majorHAnsi"/>
          <w:color w:val="1F497D" w:themeColor="text2"/>
          <w:sz w:val="40"/>
          <w:lang w:val="de-DE"/>
        </w:rPr>
      </w:pPr>
    </w:p>
    <w:p w:rsidR="0014734B" w:rsidRPr="00CB2C99" w:rsidRDefault="0014734B" w:rsidP="0014734B">
      <w:pPr>
        <w:jc w:val="center"/>
        <w:rPr>
          <w:rFonts w:asciiTheme="majorHAnsi" w:hAnsiTheme="majorHAnsi" w:cstheme="majorHAnsi"/>
          <w:color w:val="1F497D" w:themeColor="text2"/>
          <w:sz w:val="40"/>
          <w:lang w:val="de-DE"/>
        </w:rPr>
      </w:pPr>
      <w:r w:rsidRPr="00CB2C99">
        <w:rPr>
          <w:rFonts w:asciiTheme="majorHAnsi" w:hAnsiTheme="majorHAnsi" w:cstheme="majorHAnsi"/>
          <w:noProof/>
          <w:color w:val="1F497D" w:themeColor="text2"/>
          <w:sz w:val="40"/>
          <w:lang w:val="de-DE" w:eastAsia="de-DE"/>
        </w:rPr>
        <w:drawing>
          <wp:inline distT="0" distB="0" distL="0" distR="0" wp14:anchorId="1DF6ECFE" wp14:editId="24EE7EC7">
            <wp:extent cx="1295400" cy="1295400"/>
            <wp:effectExtent l="0" t="0" r="0" b="0"/>
            <wp:docPr id="146" name="Grafik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Musterfirma (1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15B9" w:rsidRPr="00CB2C99" w:rsidRDefault="00786F0D" w:rsidP="00786F0D">
      <w:pPr>
        <w:jc w:val="center"/>
        <w:rPr>
          <w:rFonts w:asciiTheme="majorHAnsi" w:hAnsiTheme="majorHAnsi" w:cstheme="majorHAnsi"/>
          <w:color w:val="1F497D" w:themeColor="text2"/>
          <w:sz w:val="40"/>
          <w:lang w:val="de-DE"/>
        </w:rPr>
      </w:pPr>
      <w:r w:rsidRPr="00CB2C99">
        <w:rPr>
          <w:rFonts w:asciiTheme="majorHAnsi" w:hAnsiTheme="majorHAnsi" w:cstheme="majorHAnsi"/>
          <w:color w:val="1F497D" w:themeColor="text2"/>
          <w:sz w:val="40"/>
          <w:lang w:val="de-DE"/>
        </w:rPr>
        <w:t>Unternehmen: M</w:t>
      </w:r>
      <w:r w:rsidR="0014734B" w:rsidRPr="00CB2C99">
        <w:rPr>
          <w:rFonts w:asciiTheme="majorHAnsi" w:hAnsiTheme="majorHAnsi" w:cstheme="majorHAnsi"/>
          <w:color w:val="1F497D" w:themeColor="text2"/>
          <w:sz w:val="40"/>
          <w:lang w:val="de-DE"/>
        </w:rPr>
        <w:t>uster AG</w:t>
      </w:r>
    </w:p>
    <w:p w:rsidR="00A315B9" w:rsidRPr="00CB2C99" w:rsidRDefault="006544E0" w:rsidP="00786F0D">
      <w:pPr>
        <w:jc w:val="center"/>
        <w:rPr>
          <w:rFonts w:asciiTheme="majorHAnsi" w:hAnsiTheme="majorHAnsi" w:cstheme="majorHAnsi"/>
          <w:sz w:val="36"/>
          <w:lang w:val="de-DE"/>
        </w:rPr>
      </w:pPr>
      <w:r w:rsidRPr="00CB2C99">
        <w:rPr>
          <w:rFonts w:asciiTheme="majorHAnsi" w:hAnsiTheme="majorHAnsi" w:cstheme="majorHAnsi"/>
          <w:sz w:val="36"/>
          <w:lang w:val="de-DE"/>
        </w:rPr>
        <w:br w:type="page"/>
      </w:r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  <w:lang w:val="de-DE"/>
        </w:rPr>
        <w:id w:val="-374552837"/>
        <w:docPartObj>
          <w:docPartGallery w:val="Table of Contents"/>
          <w:docPartUnique/>
        </w:docPartObj>
      </w:sdtPr>
      <w:sdtEndPr/>
      <w:sdtContent>
        <w:p w:rsidR="0014734B" w:rsidRPr="00CB2C99" w:rsidRDefault="0014734B" w:rsidP="0007235F">
          <w:pPr>
            <w:pStyle w:val="Inhaltsverzeichnisberschrift"/>
            <w:spacing w:line="360" w:lineRule="auto"/>
            <w:rPr>
              <w:lang w:val="de-DE"/>
            </w:rPr>
          </w:pPr>
          <w:r w:rsidRPr="00CB2C99">
            <w:rPr>
              <w:lang w:val="de-DE"/>
            </w:rPr>
            <w:t>Inhaltsverzeichnis</w:t>
          </w:r>
        </w:p>
        <w:p w:rsidR="00901EF9" w:rsidRPr="00CB2C99" w:rsidRDefault="0014734B">
          <w:pPr>
            <w:pStyle w:val="Verzeichnis1"/>
            <w:tabs>
              <w:tab w:val="right" w:leader="dot" w:pos="8630"/>
            </w:tabs>
            <w:rPr>
              <w:noProof/>
              <w:lang w:val="de-DE" w:eastAsia="de-DE"/>
            </w:rPr>
          </w:pPr>
          <w:r w:rsidRPr="00CB2C99">
            <w:rPr>
              <w:lang w:val="de-DE"/>
            </w:rPr>
            <w:fldChar w:fldCharType="begin"/>
          </w:r>
          <w:r w:rsidRPr="00CB2C99">
            <w:rPr>
              <w:lang w:val="de-DE"/>
            </w:rPr>
            <w:instrText xml:space="preserve"> TOC \o "1-3" \h \z \u </w:instrText>
          </w:r>
          <w:r w:rsidRPr="00CB2C99">
            <w:rPr>
              <w:lang w:val="de-DE"/>
            </w:rPr>
            <w:fldChar w:fldCharType="separate"/>
          </w:r>
          <w:hyperlink w:anchor="_Toc195625326" w:history="1">
            <w:r w:rsidR="00901EF9" w:rsidRPr="00CB2C99">
              <w:rPr>
                <w:rStyle w:val="Hyperlink"/>
                <w:rFonts w:cstheme="majorHAnsi"/>
                <w:noProof/>
                <w:lang w:val="de-DE"/>
              </w:rPr>
              <w:t>1 Projektstart</w:t>
            </w:r>
            <w:r w:rsidR="00901EF9" w:rsidRPr="00CB2C99">
              <w:rPr>
                <w:noProof/>
                <w:webHidden/>
                <w:lang w:val="de-DE"/>
              </w:rPr>
              <w:tab/>
            </w:r>
            <w:r w:rsidR="00901EF9" w:rsidRPr="00CB2C99">
              <w:rPr>
                <w:noProof/>
                <w:webHidden/>
                <w:lang w:val="de-DE"/>
              </w:rPr>
              <w:fldChar w:fldCharType="begin"/>
            </w:r>
            <w:r w:rsidR="00901EF9" w:rsidRPr="00CB2C99">
              <w:rPr>
                <w:noProof/>
                <w:webHidden/>
                <w:lang w:val="de-DE"/>
              </w:rPr>
              <w:instrText xml:space="preserve"> PAGEREF _Toc195625326 \h </w:instrText>
            </w:r>
            <w:r w:rsidR="00901EF9" w:rsidRPr="00CB2C99">
              <w:rPr>
                <w:noProof/>
                <w:webHidden/>
                <w:lang w:val="de-DE"/>
              </w:rPr>
            </w:r>
            <w:r w:rsidR="00901EF9" w:rsidRPr="00CB2C99">
              <w:rPr>
                <w:noProof/>
                <w:webHidden/>
                <w:lang w:val="de-DE"/>
              </w:rPr>
              <w:fldChar w:fldCharType="separate"/>
            </w:r>
            <w:r w:rsidR="00901EF9" w:rsidRPr="00CB2C99">
              <w:rPr>
                <w:noProof/>
                <w:webHidden/>
                <w:lang w:val="de-DE"/>
              </w:rPr>
              <w:t>3</w:t>
            </w:r>
            <w:r w:rsidR="00901EF9" w:rsidRPr="00CB2C99">
              <w:rPr>
                <w:noProof/>
                <w:webHidden/>
                <w:lang w:val="de-DE"/>
              </w:rPr>
              <w:fldChar w:fldCharType="end"/>
            </w:r>
          </w:hyperlink>
        </w:p>
        <w:p w:rsidR="00901EF9" w:rsidRPr="00CB2C99" w:rsidRDefault="004F1D64">
          <w:pPr>
            <w:pStyle w:val="Verzeichnis2"/>
            <w:tabs>
              <w:tab w:val="right" w:leader="dot" w:pos="8630"/>
            </w:tabs>
            <w:rPr>
              <w:noProof/>
              <w:lang w:val="de-DE" w:eastAsia="de-DE"/>
            </w:rPr>
          </w:pPr>
          <w:hyperlink w:anchor="_Toc195625327" w:history="1">
            <w:r w:rsidR="00901EF9" w:rsidRPr="00CB2C99">
              <w:rPr>
                <w:rStyle w:val="Hyperlink"/>
                <w:noProof/>
                <w:lang w:val="de-DE"/>
              </w:rPr>
              <w:t>1.1 Projektidee</w:t>
            </w:r>
            <w:r w:rsidR="00901EF9" w:rsidRPr="00CB2C99">
              <w:rPr>
                <w:noProof/>
                <w:webHidden/>
                <w:lang w:val="de-DE"/>
              </w:rPr>
              <w:tab/>
            </w:r>
            <w:r w:rsidR="00901EF9" w:rsidRPr="00CB2C99">
              <w:rPr>
                <w:noProof/>
                <w:webHidden/>
                <w:lang w:val="de-DE"/>
              </w:rPr>
              <w:fldChar w:fldCharType="begin"/>
            </w:r>
            <w:r w:rsidR="00901EF9" w:rsidRPr="00CB2C99">
              <w:rPr>
                <w:noProof/>
                <w:webHidden/>
                <w:lang w:val="de-DE"/>
              </w:rPr>
              <w:instrText xml:space="preserve"> PAGEREF _Toc195625327 \h </w:instrText>
            </w:r>
            <w:r w:rsidR="00901EF9" w:rsidRPr="00CB2C99">
              <w:rPr>
                <w:noProof/>
                <w:webHidden/>
                <w:lang w:val="de-DE"/>
              </w:rPr>
            </w:r>
            <w:r w:rsidR="00901EF9" w:rsidRPr="00CB2C99">
              <w:rPr>
                <w:noProof/>
                <w:webHidden/>
                <w:lang w:val="de-DE"/>
              </w:rPr>
              <w:fldChar w:fldCharType="separate"/>
            </w:r>
            <w:r w:rsidR="00901EF9" w:rsidRPr="00CB2C99">
              <w:rPr>
                <w:noProof/>
                <w:webHidden/>
                <w:lang w:val="de-DE"/>
              </w:rPr>
              <w:t>3</w:t>
            </w:r>
            <w:r w:rsidR="00901EF9" w:rsidRPr="00CB2C99">
              <w:rPr>
                <w:noProof/>
                <w:webHidden/>
                <w:lang w:val="de-DE"/>
              </w:rPr>
              <w:fldChar w:fldCharType="end"/>
            </w:r>
          </w:hyperlink>
        </w:p>
        <w:p w:rsidR="00901EF9" w:rsidRPr="00CB2C99" w:rsidRDefault="004F1D64">
          <w:pPr>
            <w:pStyle w:val="Verzeichnis2"/>
            <w:tabs>
              <w:tab w:val="right" w:leader="dot" w:pos="8630"/>
            </w:tabs>
            <w:rPr>
              <w:noProof/>
              <w:lang w:val="de-DE" w:eastAsia="de-DE"/>
            </w:rPr>
          </w:pPr>
          <w:hyperlink w:anchor="_Toc195625328" w:history="1">
            <w:r w:rsidR="00901EF9" w:rsidRPr="00CB2C99">
              <w:rPr>
                <w:rStyle w:val="Hyperlink"/>
                <w:noProof/>
                <w:lang w:val="de-DE"/>
              </w:rPr>
              <w:t>1.2 Zielsetzung</w:t>
            </w:r>
            <w:r w:rsidR="00901EF9" w:rsidRPr="00CB2C99">
              <w:rPr>
                <w:noProof/>
                <w:webHidden/>
                <w:lang w:val="de-DE"/>
              </w:rPr>
              <w:tab/>
            </w:r>
            <w:r w:rsidR="00901EF9" w:rsidRPr="00CB2C99">
              <w:rPr>
                <w:noProof/>
                <w:webHidden/>
                <w:lang w:val="de-DE"/>
              </w:rPr>
              <w:fldChar w:fldCharType="begin"/>
            </w:r>
            <w:r w:rsidR="00901EF9" w:rsidRPr="00CB2C99">
              <w:rPr>
                <w:noProof/>
                <w:webHidden/>
                <w:lang w:val="de-DE"/>
              </w:rPr>
              <w:instrText xml:space="preserve"> PAGEREF _Toc195625328 \h </w:instrText>
            </w:r>
            <w:r w:rsidR="00901EF9" w:rsidRPr="00CB2C99">
              <w:rPr>
                <w:noProof/>
                <w:webHidden/>
                <w:lang w:val="de-DE"/>
              </w:rPr>
            </w:r>
            <w:r w:rsidR="00901EF9" w:rsidRPr="00CB2C99">
              <w:rPr>
                <w:noProof/>
                <w:webHidden/>
                <w:lang w:val="de-DE"/>
              </w:rPr>
              <w:fldChar w:fldCharType="separate"/>
            </w:r>
            <w:r w:rsidR="00901EF9" w:rsidRPr="00CB2C99">
              <w:rPr>
                <w:noProof/>
                <w:webHidden/>
                <w:lang w:val="de-DE"/>
              </w:rPr>
              <w:t>3</w:t>
            </w:r>
            <w:r w:rsidR="00901EF9" w:rsidRPr="00CB2C99">
              <w:rPr>
                <w:noProof/>
                <w:webHidden/>
                <w:lang w:val="de-DE"/>
              </w:rPr>
              <w:fldChar w:fldCharType="end"/>
            </w:r>
          </w:hyperlink>
        </w:p>
        <w:p w:rsidR="00901EF9" w:rsidRPr="00CB2C99" w:rsidRDefault="004F1D64">
          <w:pPr>
            <w:pStyle w:val="Verzeichnis2"/>
            <w:tabs>
              <w:tab w:val="right" w:leader="dot" w:pos="8630"/>
            </w:tabs>
            <w:rPr>
              <w:noProof/>
              <w:lang w:val="de-DE" w:eastAsia="de-DE"/>
            </w:rPr>
          </w:pPr>
          <w:hyperlink w:anchor="_Toc195625329" w:history="1">
            <w:r w:rsidR="00901EF9" w:rsidRPr="00CB2C99">
              <w:rPr>
                <w:rStyle w:val="Hyperlink"/>
                <w:noProof/>
                <w:lang w:val="de-DE"/>
              </w:rPr>
              <w:t>1.3 Projektbeteiligte</w:t>
            </w:r>
            <w:r w:rsidR="00901EF9" w:rsidRPr="00CB2C99">
              <w:rPr>
                <w:noProof/>
                <w:webHidden/>
                <w:lang w:val="de-DE"/>
              </w:rPr>
              <w:tab/>
            </w:r>
            <w:r w:rsidR="00901EF9" w:rsidRPr="00CB2C99">
              <w:rPr>
                <w:noProof/>
                <w:webHidden/>
                <w:lang w:val="de-DE"/>
              </w:rPr>
              <w:fldChar w:fldCharType="begin"/>
            </w:r>
            <w:r w:rsidR="00901EF9" w:rsidRPr="00CB2C99">
              <w:rPr>
                <w:noProof/>
                <w:webHidden/>
                <w:lang w:val="de-DE"/>
              </w:rPr>
              <w:instrText xml:space="preserve"> PAGEREF _Toc195625329 \h </w:instrText>
            </w:r>
            <w:r w:rsidR="00901EF9" w:rsidRPr="00CB2C99">
              <w:rPr>
                <w:noProof/>
                <w:webHidden/>
                <w:lang w:val="de-DE"/>
              </w:rPr>
            </w:r>
            <w:r w:rsidR="00901EF9" w:rsidRPr="00CB2C99">
              <w:rPr>
                <w:noProof/>
                <w:webHidden/>
                <w:lang w:val="de-DE"/>
              </w:rPr>
              <w:fldChar w:fldCharType="separate"/>
            </w:r>
            <w:r w:rsidR="00901EF9" w:rsidRPr="00CB2C99">
              <w:rPr>
                <w:noProof/>
                <w:webHidden/>
                <w:lang w:val="de-DE"/>
              </w:rPr>
              <w:t>3</w:t>
            </w:r>
            <w:r w:rsidR="00901EF9" w:rsidRPr="00CB2C99">
              <w:rPr>
                <w:noProof/>
                <w:webHidden/>
                <w:lang w:val="de-DE"/>
              </w:rPr>
              <w:fldChar w:fldCharType="end"/>
            </w:r>
          </w:hyperlink>
        </w:p>
        <w:p w:rsidR="00901EF9" w:rsidRPr="00CB2C99" w:rsidRDefault="004F1D64">
          <w:pPr>
            <w:pStyle w:val="Verzeichnis2"/>
            <w:tabs>
              <w:tab w:val="right" w:leader="dot" w:pos="8630"/>
            </w:tabs>
            <w:rPr>
              <w:noProof/>
              <w:lang w:val="de-DE" w:eastAsia="de-DE"/>
            </w:rPr>
          </w:pPr>
          <w:hyperlink w:anchor="_Toc195625330" w:history="1">
            <w:r w:rsidR="00901EF9" w:rsidRPr="00CB2C99">
              <w:rPr>
                <w:rStyle w:val="Hyperlink"/>
                <w:noProof/>
                <w:lang w:val="de-DE"/>
              </w:rPr>
              <w:t>1.4 Rahmenbedingungen</w:t>
            </w:r>
            <w:r w:rsidR="00901EF9" w:rsidRPr="00CB2C99">
              <w:rPr>
                <w:noProof/>
                <w:webHidden/>
                <w:lang w:val="de-DE"/>
              </w:rPr>
              <w:tab/>
            </w:r>
            <w:r w:rsidR="00901EF9" w:rsidRPr="00CB2C99">
              <w:rPr>
                <w:noProof/>
                <w:webHidden/>
                <w:lang w:val="de-DE"/>
              </w:rPr>
              <w:fldChar w:fldCharType="begin"/>
            </w:r>
            <w:r w:rsidR="00901EF9" w:rsidRPr="00CB2C99">
              <w:rPr>
                <w:noProof/>
                <w:webHidden/>
                <w:lang w:val="de-DE"/>
              </w:rPr>
              <w:instrText xml:space="preserve"> PAGEREF _Toc195625330 \h </w:instrText>
            </w:r>
            <w:r w:rsidR="00901EF9" w:rsidRPr="00CB2C99">
              <w:rPr>
                <w:noProof/>
                <w:webHidden/>
                <w:lang w:val="de-DE"/>
              </w:rPr>
            </w:r>
            <w:r w:rsidR="00901EF9" w:rsidRPr="00CB2C99">
              <w:rPr>
                <w:noProof/>
                <w:webHidden/>
                <w:lang w:val="de-DE"/>
              </w:rPr>
              <w:fldChar w:fldCharType="separate"/>
            </w:r>
            <w:r w:rsidR="00901EF9" w:rsidRPr="00CB2C99">
              <w:rPr>
                <w:noProof/>
                <w:webHidden/>
                <w:lang w:val="de-DE"/>
              </w:rPr>
              <w:t>3</w:t>
            </w:r>
            <w:r w:rsidR="00901EF9" w:rsidRPr="00CB2C99">
              <w:rPr>
                <w:noProof/>
                <w:webHidden/>
                <w:lang w:val="de-DE"/>
              </w:rPr>
              <w:fldChar w:fldCharType="end"/>
            </w:r>
          </w:hyperlink>
        </w:p>
        <w:p w:rsidR="00901EF9" w:rsidRPr="00CB2C99" w:rsidRDefault="004F1D64">
          <w:pPr>
            <w:pStyle w:val="Verzeichnis1"/>
            <w:tabs>
              <w:tab w:val="right" w:leader="dot" w:pos="8630"/>
            </w:tabs>
            <w:rPr>
              <w:noProof/>
              <w:lang w:val="de-DE" w:eastAsia="de-DE"/>
            </w:rPr>
          </w:pPr>
          <w:hyperlink w:anchor="_Toc195625331" w:history="1">
            <w:r w:rsidR="00901EF9" w:rsidRPr="00CB2C99">
              <w:rPr>
                <w:rStyle w:val="Hyperlink"/>
                <w:rFonts w:cstheme="majorHAnsi"/>
                <w:noProof/>
                <w:lang w:val="de-DE"/>
              </w:rPr>
              <w:t>2 Projektplanung</w:t>
            </w:r>
            <w:r w:rsidR="00901EF9" w:rsidRPr="00CB2C99">
              <w:rPr>
                <w:noProof/>
                <w:webHidden/>
                <w:lang w:val="de-DE"/>
              </w:rPr>
              <w:tab/>
            </w:r>
            <w:r w:rsidR="00901EF9" w:rsidRPr="00CB2C99">
              <w:rPr>
                <w:noProof/>
                <w:webHidden/>
                <w:lang w:val="de-DE"/>
              </w:rPr>
              <w:fldChar w:fldCharType="begin"/>
            </w:r>
            <w:r w:rsidR="00901EF9" w:rsidRPr="00CB2C99">
              <w:rPr>
                <w:noProof/>
                <w:webHidden/>
                <w:lang w:val="de-DE"/>
              </w:rPr>
              <w:instrText xml:space="preserve"> PAGEREF _Toc195625331 \h </w:instrText>
            </w:r>
            <w:r w:rsidR="00901EF9" w:rsidRPr="00CB2C99">
              <w:rPr>
                <w:noProof/>
                <w:webHidden/>
                <w:lang w:val="de-DE"/>
              </w:rPr>
            </w:r>
            <w:r w:rsidR="00901EF9" w:rsidRPr="00CB2C99">
              <w:rPr>
                <w:noProof/>
                <w:webHidden/>
                <w:lang w:val="de-DE"/>
              </w:rPr>
              <w:fldChar w:fldCharType="separate"/>
            </w:r>
            <w:r w:rsidR="00901EF9" w:rsidRPr="00CB2C99">
              <w:rPr>
                <w:noProof/>
                <w:webHidden/>
                <w:lang w:val="de-DE"/>
              </w:rPr>
              <w:t>4</w:t>
            </w:r>
            <w:r w:rsidR="00901EF9" w:rsidRPr="00CB2C99">
              <w:rPr>
                <w:noProof/>
                <w:webHidden/>
                <w:lang w:val="de-DE"/>
              </w:rPr>
              <w:fldChar w:fldCharType="end"/>
            </w:r>
          </w:hyperlink>
        </w:p>
        <w:p w:rsidR="00901EF9" w:rsidRPr="00CB2C99" w:rsidRDefault="004F1D64">
          <w:pPr>
            <w:pStyle w:val="Verzeichnis2"/>
            <w:tabs>
              <w:tab w:val="right" w:leader="dot" w:pos="8630"/>
            </w:tabs>
            <w:rPr>
              <w:noProof/>
              <w:lang w:val="de-DE" w:eastAsia="de-DE"/>
            </w:rPr>
          </w:pPr>
          <w:hyperlink w:anchor="_Toc195625332" w:history="1">
            <w:r w:rsidR="00901EF9" w:rsidRPr="00CB2C99">
              <w:rPr>
                <w:rStyle w:val="Hyperlink"/>
                <w:noProof/>
                <w:lang w:val="de-DE"/>
              </w:rPr>
              <w:t>2.1 Aufgaben &amp; Meilensteine</w:t>
            </w:r>
            <w:r w:rsidR="00901EF9" w:rsidRPr="00CB2C99">
              <w:rPr>
                <w:noProof/>
                <w:webHidden/>
                <w:lang w:val="de-DE"/>
              </w:rPr>
              <w:tab/>
            </w:r>
            <w:r w:rsidR="00901EF9" w:rsidRPr="00CB2C99">
              <w:rPr>
                <w:noProof/>
                <w:webHidden/>
                <w:lang w:val="de-DE"/>
              </w:rPr>
              <w:fldChar w:fldCharType="begin"/>
            </w:r>
            <w:r w:rsidR="00901EF9" w:rsidRPr="00CB2C99">
              <w:rPr>
                <w:noProof/>
                <w:webHidden/>
                <w:lang w:val="de-DE"/>
              </w:rPr>
              <w:instrText xml:space="preserve"> PAGEREF _Toc195625332 \h </w:instrText>
            </w:r>
            <w:r w:rsidR="00901EF9" w:rsidRPr="00CB2C99">
              <w:rPr>
                <w:noProof/>
                <w:webHidden/>
                <w:lang w:val="de-DE"/>
              </w:rPr>
            </w:r>
            <w:r w:rsidR="00901EF9" w:rsidRPr="00CB2C99">
              <w:rPr>
                <w:noProof/>
                <w:webHidden/>
                <w:lang w:val="de-DE"/>
              </w:rPr>
              <w:fldChar w:fldCharType="separate"/>
            </w:r>
            <w:r w:rsidR="00901EF9" w:rsidRPr="00CB2C99">
              <w:rPr>
                <w:noProof/>
                <w:webHidden/>
                <w:lang w:val="de-DE"/>
              </w:rPr>
              <w:t>4</w:t>
            </w:r>
            <w:r w:rsidR="00901EF9" w:rsidRPr="00CB2C99">
              <w:rPr>
                <w:noProof/>
                <w:webHidden/>
                <w:lang w:val="de-DE"/>
              </w:rPr>
              <w:fldChar w:fldCharType="end"/>
            </w:r>
          </w:hyperlink>
        </w:p>
        <w:p w:rsidR="00901EF9" w:rsidRPr="00CB2C99" w:rsidRDefault="004F1D64">
          <w:pPr>
            <w:pStyle w:val="Verzeichnis2"/>
            <w:tabs>
              <w:tab w:val="right" w:leader="dot" w:pos="8630"/>
            </w:tabs>
            <w:rPr>
              <w:noProof/>
              <w:lang w:val="de-DE" w:eastAsia="de-DE"/>
            </w:rPr>
          </w:pPr>
          <w:hyperlink w:anchor="_Toc195625333" w:history="1">
            <w:r w:rsidR="00901EF9" w:rsidRPr="00CB2C99">
              <w:rPr>
                <w:rStyle w:val="Hyperlink"/>
                <w:noProof/>
                <w:lang w:val="de-DE"/>
              </w:rPr>
              <w:t>2.2 Zeitplan</w:t>
            </w:r>
            <w:r w:rsidR="00901EF9" w:rsidRPr="00CB2C99">
              <w:rPr>
                <w:noProof/>
                <w:webHidden/>
                <w:lang w:val="de-DE"/>
              </w:rPr>
              <w:tab/>
            </w:r>
            <w:r w:rsidR="00901EF9" w:rsidRPr="00CB2C99">
              <w:rPr>
                <w:noProof/>
                <w:webHidden/>
                <w:lang w:val="de-DE"/>
              </w:rPr>
              <w:fldChar w:fldCharType="begin"/>
            </w:r>
            <w:r w:rsidR="00901EF9" w:rsidRPr="00CB2C99">
              <w:rPr>
                <w:noProof/>
                <w:webHidden/>
                <w:lang w:val="de-DE"/>
              </w:rPr>
              <w:instrText xml:space="preserve"> PAGEREF _Toc195625333 \h </w:instrText>
            </w:r>
            <w:r w:rsidR="00901EF9" w:rsidRPr="00CB2C99">
              <w:rPr>
                <w:noProof/>
                <w:webHidden/>
                <w:lang w:val="de-DE"/>
              </w:rPr>
            </w:r>
            <w:r w:rsidR="00901EF9" w:rsidRPr="00CB2C99">
              <w:rPr>
                <w:noProof/>
                <w:webHidden/>
                <w:lang w:val="de-DE"/>
              </w:rPr>
              <w:fldChar w:fldCharType="separate"/>
            </w:r>
            <w:r w:rsidR="00901EF9" w:rsidRPr="00CB2C99">
              <w:rPr>
                <w:noProof/>
                <w:webHidden/>
                <w:lang w:val="de-DE"/>
              </w:rPr>
              <w:t>4</w:t>
            </w:r>
            <w:r w:rsidR="00901EF9" w:rsidRPr="00CB2C99">
              <w:rPr>
                <w:noProof/>
                <w:webHidden/>
                <w:lang w:val="de-DE"/>
              </w:rPr>
              <w:fldChar w:fldCharType="end"/>
            </w:r>
          </w:hyperlink>
        </w:p>
        <w:p w:rsidR="00901EF9" w:rsidRPr="00CB2C99" w:rsidRDefault="004F1D64">
          <w:pPr>
            <w:pStyle w:val="Verzeichnis2"/>
            <w:tabs>
              <w:tab w:val="right" w:leader="dot" w:pos="8630"/>
            </w:tabs>
            <w:rPr>
              <w:noProof/>
              <w:lang w:val="de-DE" w:eastAsia="de-DE"/>
            </w:rPr>
          </w:pPr>
          <w:hyperlink w:anchor="_Toc195625334" w:history="1">
            <w:r w:rsidR="00901EF9" w:rsidRPr="00CB2C99">
              <w:rPr>
                <w:rStyle w:val="Hyperlink"/>
                <w:noProof/>
                <w:lang w:val="de-DE"/>
              </w:rPr>
              <w:t>2.3 Ressourcenplanung</w:t>
            </w:r>
            <w:r w:rsidR="00901EF9" w:rsidRPr="00CB2C99">
              <w:rPr>
                <w:noProof/>
                <w:webHidden/>
                <w:lang w:val="de-DE"/>
              </w:rPr>
              <w:tab/>
            </w:r>
            <w:r w:rsidR="00901EF9" w:rsidRPr="00CB2C99">
              <w:rPr>
                <w:noProof/>
                <w:webHidden/>
                <w:lang w:val="de-DE"/>
              </w:rPr>
              <w:fldChar w:fldCharType="begin"/>
            </w:r>
            <w:r w:rsidR="00901EF9" w:rsidRPr="00CB2C99">
              <w:rPr>
                <w:noProof/>
                <w:webHidden/>
                <w:lang w:val="de-DE"/>
              </w:rPr>
              <w:instrText xml:space="preserve"> PAGEREF _Toc195625334 \h </w:instrText>
            </w:r>
            <w:r w:rsidR="00901EF9" w:rsidRPr="00CB2C99">
              <w:rPr>
                <w:noProof/>
                <w:webHidden/>
                <w:lang w:val="de-DE"/>
              </w:rPr>
            </w:r>
            <w:r w:rsidR="00901EF9" w:rsidRPr="00CB2C99">
              <w:rPr>
                <w:noProof/>
                <w:webHidden/>
                <w:lang w:val="de-DE"/>
              </w:rPr>
              <w:fldChar w:fldCharType="separate"/>
            </w:r>
            <w:r w:rsidR="00901EF9" w:rsidRPr="00CB2C99">
              <w:rPr>
                <w:noProof/>
                <w:webHidden/>
                <w:lang w:val="de-DE"/>
              </w:rPr>
              <w:t>4</w:t>
            </w:r>
            <w:r w:rsidR="00901EF9" w:rsidRPr="00CB2C99">
              <w:rPr>
                <w:noProof/>
                <w:webHidden/>
                <w:lang w:val="de-DE"/>
              </w:rPr>
              <w:fldChar w:fldCharType="end"/>
            </w:r>
          </w:hyperlink>
        </w:p>
        <w:p w:rsidR="00901EF9" w:rsidRPr="00CB2C99" w:rsidRDefault="004F1D64">
          <w:pPr>
            <w:pStyle w:val="Verzeichnis2"/>
            <w:tabs>
              <w:tab w:val="right" w:leader="dot" w:pos="8630"/>
            </w:tabs>
            <w:rPr>
              <w:noProof/>
              <w:lang w:val="de-DE" w:eastAsia="de-DE"/>
            </w:rPr>
          </w:pPr>
          <w:hyperlink w:anchor="_Toc195625335" w:history="1">
            <w:r w:rsidR="00901EF9" w:rsidRPr="00CB2C99">
              <w:rPr>
                <w:rStyle w:val="Hyperlink"/>
                <w:noProof/>
                <w:lang w:val="de-DE"/>
              </w:rPr>
              <w:t>2.4 Risiken &amp; Maßnahmen</w:t>
            </w:r>
            <w:r w:rsidR="00901EF9" w:rsidRPr="00CB2C99">
              <w:rPr>
                <w:noProof/>
                <w:webHidden/>
                <w:lang w:val="de-DE"/>
              </w:rPr>
              <w:tab/>
            </w:r>
            <w:r w:rsidR="00901EF9" w:rsidRPr="00CB2C99">
              <w:rPr>
                <w:noProof/>
                <w:webHidden/>
                <w:lang w:val="de-DE"/>
              </w:rPr>
              <w:fldChar w:fldCharType="begin"/>
            </w:r>
            <w:r w:rsidR="00901EF9" w:rsidRPr="00CB2C99">
              <w:rPr>
                <w:noProof/>
                <w:webHidden/>
                <w:lang w:val="de-DE"/>
              </w:rPr>
              <w:instrText xml:space="preserve"> PAGEREF _Toc195625335 \h </w:instrText>
            </w:r>
            <w:r w:rsidR="00901EF9" w:rsidRPr="00CB2C99">
              <w:rPr>
                <w:noProof/>
                <w:webHidden/>
                <w:lang w:val="de-DE"/>
              </w:rPr>
            </w:r>
            <w:r w:rsidR="00901EF9" w:rsidRPr="00CB2C99">
              <w:rPr>
                <w:noProof/>
                <w:webHidden/>
                <w:lang w:val="de-DE"/>
              </w:rPr>
              <w:fldChar w:fldCharType="separate"/>
            </w:r>
            <w:r w:rsidR="00901EF9" w:rsidRPr="00CB2C99">
              <w:rPr>
                <w:noProof/>
                <w:webHidden/>
                <w:lang w:val="de-DE"/>
              </w:rPr>
              <w:t>4</w:t>
            </w:r>
            <w:r w:rsidR="00901EF9" w:rsidRPr="00CB2C99">
              <w:rPr>
                <w:noProof/>
                <w:webHidden/>
                <w:lang w:val="de-DE"/>
              </w:rPr>
              <w:fldChar w:fldCharType="end"/>
            </w:r>
          </w:hyperlink>
        </w:p>
        <w:p w:rsidR="00901EF9" w:rsidRPr="00CB2C99" w:rsidRDefault="004F1D64">
          <w:pPr>
            <w:pStyle w:val="Verzeichnis1"/>
            <w:tabs>
              <w:tab w:val="right" w:leader="dot" w:pos="8630"/>
            </w:tabs>
            <w:rPr>
              <w:noProof/>
              <w:lang w:val="de-DE" w:eastAsia="de-DE"/>
            </w:rPr>
          </w:pPr>
          <w:hyperlink w:anchor="_Toc195625336" w:history="1">
            <w:r w:rsidR="00901EF9" w:rsidRPr="00CB2C99">
              <w:rPr>
                <w:rStyle w:val="Hyperlink"/>
                <w:noProof/>
                <w:lang w:val="de-DE"/>
              </w:rPr>
              <w:t>3 Projektdurchführung</w:t>
            </w:r>
            <w:r w:rsidR="00901EF9" w:rsidRPr="00CB2C99">
              <w:rPr>
                <w:noProof/>
                <w:webHidden/>
                <w:lang w:val="de-DE"/>
              </w:rPr>
              <w:tab/>
            </w:r>
            <w:r w:rsidR="00901EF9" w:rsidRPr="00CB2C99">
              <w:rPr>
                <w:noProof/>
                <w:webHidden/>
                <w:lang w:val="de-DE"/>
              </w:rPr>
              <w:fldChar w:fldCharType="begin"/>
            </w:r>
            <w:r w:rsidR="00901EF9" w:rsidRPr="00CB2C99">
              <w:rPr>
                <w:noProof/>
                <w:webHidden/>
                <w:lang w:val="de-DE"/>
              </w:rPr>
              <w:instrText xml:space="preserve"> PAGEREF _Toc195625336 \h </w:instrText>
            </w:r>
            <w:r w:rsidR="00901EF9" w:rsidRPr="00CB2C99">
              <w:rPr>
                <w:noProof/>
                <w:webHidden/>
                <w:lang w:val="de-DE"/>
              </w:rPr>
            </w:r>
            <w:r w:rsidR="00901EF9" w:rsidRPr="00CB2C99">
              <w:rPr>
                <w:noProof/>
                <w:webHidden/>
                <w:lang w:val="de-DE"/>
              </w:rPr>
              <w:fldChar w:fldCharType="separate"/>
            </w:r>
            <w:r w:rsidR="00901EF9" w:rsidRPr="00CB2C99">
              <w:rPr>
                <w:noProof/>
                <w:webHidden/>
                <w:lang w:val="de-DE"/>
              </w:rPr>
              <w:t>5</w:t>
            </w:r>
            <w:r w:rsidR="00901EF9" w:rsidRPr="00CB2C99">
              <w:rPr>
                <w:noProof/>
                <w:webHidden/>
                <w:lang w:val="de-DE"/>
              </w:rPr>
              <w:fldChar w:fldCharType="end"/>
            </w:r>
          </w:hyperlink>
        </w:p>
        <w:p w:rsidR="00901EF9" w:rsidRPr="00CB2C99" w:rsidRDefault="004F1D64">
          <w:pPr>
            <w:pStyle w:val="Verzeichnis2"/>
            <w:tabs>
              <w:tab w:val="right" w:leader="dot" w:pos="8630"/>
            </w:tabs>
            <w:rPr>
              <w:noProof/>
              <w:lang w:val="de-DE" w:eastAsia="de-DE"/>
            </w:rPr>
          </w:pPr>
          <w:hyperlink w:anchor="_Toc195625337" w:history="1">
            <w:r w:rsidR="00901EF9" w:rsidRPr="00CB2C99">
              <w:rPr>
                <w:rStyle w:val="Hyperlink"/>
                <w:noProof/>
                <w:lang w:val="de-DE"/>
              </w:rPr>
              <w:t>3.1 Umsetzung</w:t>
            </w:r>
            <w:r w:rsidR="00901EF9" w:rsidRPr="00CB2C99">
              <w:rPr>
                <w:noProof/>
                <w:webHidden/>
                <w:lang w:val="de-DE"/>
              </w:rPr>
              <w:tab/>
            </w:r>
            <w:r w:rsidR="00901EF9" w:rsidRPr="00CB2C99">
              <w:rPr>
                <w:noProof/>
                <w:webHidden/>
                <w:lang w:val="de-DE"/>
              </w:rPr>
              <w:fldChar w:fldCharType="begin"/>
            </w:r>
            <w:r w:rsidR="00901EF9" w:rsidRPr="00CB2C99">
              <w:rPr>
                <w:noProof/>
                <w:webHidden/>
                <w:lang w:val="de-DE"/>
              </w:rPr>
              <w:instrText xml:space="preserve"> PAGEREF _Toc195625337 \h </w:instrText>
            </w:r>
            <w:r w:rsidR="00901EF9" w:rsidRPr="00CB2C99">
              <w:rPr>
                <w:noProof/>
                <w:webHidden/>
                <w:lang w:val="de-DE"/>
              </w:rPr>
            </w:r>
            <w:r w:rsidR="00901EF9" w:rsidRPr="00CB2C99">
              <w:rPr>
                <w:noProof/>
                <w:webHidden/>
                <w:lang w:val="de-DE"/>
              </w:rPr>
              <w:fldChar w:fldCharType="separate"/>
            </w:r>
            <w:r w:rsidR="00901EF9" w:rsidRPr="00CB2C99">
              <w:rPr>
                <w:noProof/>
                <w:webHidden/>
                <w:lang w:val="de-DE"/>
              </w:rPr>
              <w:t>5</w:t>
            </w:r>
            <w:r w:rsidR="00901EF9" w:rsidRPr="00CB2C99">
              <w:rPr>
                <w:noProof/>
                <w:webHidden/>
                <w:lang w:val="de-DE"/>
              </w:rPr>
              <w:fldChar w:fldCharType="end"/>
            </w:r>
          </w:hyperlink>
        </w:p>
        <w:p w:rsidR="00901EF9" w:rsidRPr="00CB2C99" w:rsidRDefault="004F1D64">
          <w:pPr>
            <w:pStyle w:val="Verzeichnis2"/>
            <w:tabs>
              <w:tab w:val="right" w:leader="dot" w:pos="8630"/>
            </w:tabs>
            <w:rPr>
              <w:noProof/>
              <w:lang w:val="de-DE" w:eastAsia="de-DE"/>
            </w:rPr>
          </w:pPr>
          <w:hyperlink w:anchor="_Toc195625338" w:history="1">
            <w:r w:rsidR="00901EF9" w:rsidRPr="00CB2C99">
              <w:rPr>
                <w:rStyle w:val="Hyperlink"/>
                <w:noProof/>
                <w:lang w:val="de-DE"/>
              </w:rPr>
              <w:t>3.2 Herausforderungen &amp; Lösungen</w:t>
            </w:r>
            <w:r w:rsidR="00901EF9" w:rsidRPr="00CB2C99">
              <w:rPr>
                <w:noProof/>
                <w:webHidden/>
                <w:lang w:val="de-DE"/>
              </w:rPr>
              <w:tab/>
            </w:r>
            <w:r w:rsidR="00901EF9" w:rsidRPr="00CB2C99">
              <w:rPr>
                <w:noProof/>
                <w:webHidden/>
                <w:lang w:val="de-DE"/>
              </w:rPr>
              <w:fldChar w:fldCharType="begin"/>
            </w:r>
            <w:r w:rsidR="00901EF9" w:rsidRPr="00CB2C99">
              <w:rPr>
                <w:noProof/>
                <w:webHidden/>
                <w:lang w:val="de-DE"/>
              </w:rPr>
              <w:instrText xml:space="preserve"> PAGEREF _Toc195625338 \h </w:instrText>
            </w:r>
            <w:r w:rsidR="00901EF9" w:rsidRPr="00CB2C99">
              <w:rPr>
                <w:noProof/>
                <w:webHidden/>
                <w:lang w:val="de-DE"/>
              </w:rPr>
            </w:r>
            <w:r w:rsidR="00901EF9" w:rsidRPr="00CB2C99">
              <w:rPr>
                <w:noProof/>
                <w:webHidden/>
                <w:lang w:val="de-DE"/>
              </w:rPr>
              <w:fldChar w:fldCharType="separate"/>
            </w:r>
            <w:r w:rsidR="00901EF9" w:rsidRPr="00CB2C99">
              <w:rPr>
                <w:noProof/>
                <w:webHidden/>
                <w:lang w:val="de-DE"/>
              </w:rPr>
              <w:t>5</w:t>
            </w:r>
            <w:r w:rsidR="00901EF9" w:rsidRPr="00CB2C99">
              <w:rPr>
                <w:noProof/>
                <w:webHidden/>
                <w:lang w:val="de-DE"/>
              </w:rPr>
              <w:fldChar w:fldCharType="end"/>
            </w:r>
          </w:hyperlink>
        </w:p>
        <w:p w:rsidR="00901EF9" w:rsidRPr="00CB2C99" w:rsidRDefault="004F1D64">
          <w:pPr>
            <w:pStyle w:val="Verzeichnis2"/>
            <w:tabs>
              <w:tab w:val="right" w:leader="dot" w:pos="8630"/>
            </w:tabs>
            <w:rPr>
              <w:noProof/>
              <w:lang w:val="de-DE" w:eastAsia="de-DE"/>
            </w:rPr>
          </w:pPr>
          <w:hyperlink w:anchor="_Toc195625339" w:history="1">
            <w:r w:rsidR="00901EF9" w:rsidRPr="00CB2C99">
              <w:rPr>
                <w:rStyle w:val="Hyperlink"/>
                <w:noProof/>
                <w:lang w:val="de-DE"/>
              </w:rPr>
              <w:t>3.3 Kommunikationsverlauf</w:t>
            </w:r>
            <w:r w:rsidR="00901EF9" w:rsidRPr="00CB2C99">
              <w:rPr>
                <w:noProof/>
                <w:webHidden/>
                <w:lang w:val="de-DE"/>
              </w:rPr>
              <w:tab/>
            </w:r>
            <w:r w:rsidR="00901EF9" w:rsidRPr="00CB2C99">
              <w:rPr>
                <w:noProof/>
                <w:webHidden/>
                <w:lang w:val="de-DE"/>
              </w:rPr>
              <w:fldChar w:fldCharType="begin"/>
            </w:r>
            <w:r w:rsidR="00901EF9" w:rsidRPr="00CB2C99">
              <w:rPr>
                <w:noProof/>
                <w:webHidden/>
                <w:lang w:val="de-DE"/>
              </w:rPr>
              <w:instrText xml:space="preserve"> PAGEREF _Toc195625339 \h </w:instrText>
            </w:r>
            <w:r w:rsidR="00901EF9" w:rsidRPr="00CB2C99">
              <w:rPr>
                <w:noProof/>
                <w:webHidden/>
                <w:lang w:val="de-DE"/>
              </w:rPr>
            </w:r>
            <w:r w:rsidR="00901EF9" w:rsidRPr="00CB2C99">
              <w:rPr>
                <w:noProof/>
                <w:webHidden/>
                <w:lang w:val="de-DE"/>
              </w:rPr>
              <w:fldChar w:fldCharType="separate"/>
            </w:r>
            <w:r w:rsidR="00901EF9" w:rsidRPr="00CB2C99">
              <w:rPr>
                <w:noProof/>
                <w:webHidden/>
                <w:lang w:val="de-DE"/>
              </w:rPr>
              <w:t>5</w:t>
            </w:r>
            <w:r w:rsidR="00901EF9" w:rsidRPr="00CB2C99">
              <w:rPr>
                <w:noProof/>
                <w:webHidden/>
                <w:lang w:val="de-DE"/>
              </w:rPr>
              <w:fldChar w:fldCharType="end"/>
            </w:r>
          </w:hyperlink>
        </w:p>
        <w:p w:rsidR="00901EF9" w:rsidRPr="00CB2C99" w:rsidRDefault="004F1D64">
          <w:pPr>
            <w:pStyle w:val="Verzeichnis1"/>
            <w:tabs>
              <w:tab w:val="right" w:leader="dot" w:pos="8630"/>
            </w:tabs>
            <w:rPr>
              <w:noProof/>
              <w:lang w:val="de-DE" w:eastAsia="de-DE"/>
            </w:rPr>
          </w:pPr>
          <w:hyperlink w:anchor="_Toc195625340" w:history="1">
            <w:r w:rsidR="00901EF9" w:rsidRPr="00CB2C99">
              <w:rPr>
                <w:rStyle w:val="Hyperlink"/>
                <w:rFonts w:cstheme="majorHAnsi"/>
                <w:noProof/>
                <w:lang w:val="de-DE"/>
              </w:rPr>
              <w:t>4 Projektabschluss</w:t>
            </w:r>
            <w:r w:rsidR="00901EF9" w:rsidRPr="00CB2C99">
              <w:rPr>
                <w:noProof/>
                <w:webHidden/>
                <w:lang w:val="de-DE"/>
              </w:rPr>
              <w:tab/>
            </w:r>
            <w:r w:rsidR="00901EF9" w:rsidRPr="00CB2C99">
              <w:rPr>
                <w:noProof/>
                <w:webHidden/>
                <w:lang w:val="de-DE"/>
              </w:rPr>
              <w:fldChar w:fldCharType="begin"/>
            </w:r>
            <w:r w:rsidR="00901EF9" w:rsidRPr="00CB2C99">
              <w:rPr>
                <w:noProof/>
                <w:webHidden/>
                <w:lang w:val="de-DE"/>
              </w:rPr>
              <w:instrText xml:space="preserve"> PAGEREF _Toc195625340 \h </w:instrText>
            </w:r>
            <w:r w:rsidR="00901EF9" w:rsidRPr="00CB2C99">
              <w:rPr>
                <w:noProof/>
                <w:webHidden/>
                <w:lang w:val="de-DE"/>
              </w:rPr>
            </w:r>
            <w:r w:rsidR="00901EF9" w:rsidRPr="00CB2C99">
              <w:rPr>
                <w:noProof/>
                <w:webHidden/>
                <w:lang w:val="de-DE"/>
              </w:rPr>
              <w:fldChar w:fldCharType="separate"/>
            </w:r>
            <w:r w:rsidR="00901EF9" w:rsidRPr="00CB2C99">
              <w:rPr>
                <w:noProof/>
                <w:webHidden/>
                <w:lang w:val="de-DE"/>
              </w:rPr>
              <w:t>6</w:t>
            </w:r>
            <w:r w:rsidR="00901EF9" w:rsidRPr="00CB2C99">
              <w:rPr>
                <w:noProof/>
                <w:webHidden/>
                <w:lang w:val="de-DE"/>
              </w:rPr>
              <w:fldChar w:fldCharType="end"/>
            </w:r>
          </w:hyperlink>
        </w:p>
        <w:p w:rsidR="00901EF9" w:rsidRPr="00CB2C99" w:rsidRDefault="004F1D64">
          <w:pPr>
            <w:pStyle w:val="Verzeichnis2"/>
            <w:tabs>
              <w:tab w:val="right" w:leader="dot" w:pos="8630"/>
            </w:tabs>
            <w:rPr>
              <w:noProof/>
              <w:lang w:val="de-DE" w:eastAsia="de-DE"/>
            </w:rPr>
          </w:pPr>
          <w:hyperlink w:anchor="_Toc195625341" w:history="1">
            <w:r w:rsidR="00901EF9" w:rsidRPr="00CB2C99">
              <w:rPr>
                <w:rStyle w:val="Hyperlink"/>
                <w:noProof/>
                <w:lang w:val="de-DE"/>
              </w:rPr>
              <w:t>4.1 Ergebnisbewertung</w:t>
            </w:r>
            <w:r w:rsidR="00901EF9" w:rsidRPr="00CB2C99">
              <w:rPr>
                <w:noProof/>
                <w:webHidden/>
                <w:lang w:val="de-DE"/>
              </w:rPr>
              <w:tab/>
            </w:r>
            <w:r w:rsidR="00901EF9" w:rsidRPr="00CB2C99">
              <w:rPr>
                <w:noProof/>
                <w:webHidden/>
                <w:lang w:val="de-DE"/>
              </w:rPr>
              <w:fldChar w:fldCharType="begin"/>
            </w:r>
            <w:r w:rsidR="00901EF9" w:rsidRPr="00CB2C99">
              <w:rPr>
                <w:noProof/>
                <w:webHidden/>
                <w:lang w:val="de-DE"/>
              </w:rPr>
              <w:instrText xml:space="preserve"> PAGEREF _Toc195625341 \h </w:instrText>
            </w:r>
            <w:r w:rsidR="00901EF9" w:rsidRPr="00CB2C99">
              <w:rPr>
                <w:noProof/>
                <w:webHidden/>
                <w:lang w:val="de-DE"/>
              </w:rPr>
            </w:r>
            <w:r w:rsidR="00901EF9" w:rsidRPr="00CB2C99">
              <w:rPr>
                <w:noProof/>
                <w:webHidden/>
                <w:lang w:val="de-DE"/>
              </w:rPr>
              <w:fldChar w:fldCharType="separate"/>
            </w:r>
            <w:r w:rsidR="00901EF9" w:rsidRPr="00CB2C99">
              <w:rPr>
                <w:noProof/>
                <w:webHidden/>
                <w:lang w:val="de-DE"/>
              </w:rPr>
              <w:t>6</w:t>
            </w:r>
            <w:r w:rsidR="00901EF9" w:rsidRPr="00CB2C99">
              <w:rPr>
                <w:noProof/>
                <w:webHidden/>
                <w:lang w:val="de-DE"/>
              </w:rPr>
              <w:fldChar w:fldCharType="end"/>
            </w:r>
          </w:hyperlink>
        </w:p>
        <w:p w:rsidR="00901EF9" w:rsidRPr="00CB2C99" w:rsidRDefault="004F1D64">
          <w:pPr>
            <w:pStyle w:val="Verzeichnis2"/>
            <w:tabs>
              <w:tab w:val="right" w:leader="dot" w:pos="8630"/>
            </w:tabs>
            <w:rPr>
              <w:noProof/>
              <w:lang w:val="de-DE" w:eastAsia="de-DE"/>
            </w:rPr>
          </w:pPr>
          <w:hyperlink w:anchor="_Toc195625342" w:history="1">
            <w:r w:rsidR="00901EF9" w:rsidRPr="00CB2C99">
              <w:rPr>
                <w:rStyle w:val="Hyperlink"/>
                <w:noProof/>
                <w:lang w:val="de-DE"/>
              </w:rPr>
              <w:t>4.2 Learnings</w:t>
            </w:r>
            <w:r w:rsidR="00901EF9" w:rsidRPr="00CB2C99">
              <w:rPr>
                <w:noProof/>
                <w:webHidden/>
                <w:lang w:val="de-DE"/>
              </w:rPr>
              <w:tab/>
            </w:r>
            <w:r w:rsidR="00901EF9" w:rsidRPr="00CB2C99">
              <w:rPr>
                <w:noProof/>
                <w:webHidden/>
                <w:lang w:val="de-DE"/>
              </w:rPr>
              <w:fldChar w:fldCharType="begin"/>
            </w:r>
            <w:r w:rsidR="00901EF9" w:rsidRPr="00CB2C99">
              <w:rPr>
                <w:noProof/>
                <w:webHidden/>
                <w:lang w:val="de-DE"/>
              </w:rPr>
              <w:instrText xml:space="preserve"> PAGEREF _Toc195625342 \h </w:instrText>
            </w:r>
            <w:r w:rsidR="00901EF9" w:rsidRPr="00CB2C99">
              <w:rPr>
                <w:noProof/>
                <w:webHidden/>
                <w:lang w:val="de-DE"/>
              </w:rPr>
            </w:r>
            <w:r w:rsidR="00901EF9" w:rsidRPr="00CB2C99">
              <w:rPr>
                <w:noProof/>
                <w:webHidden/>
                <w:lang w:val="de-DE"/>
              </w:rPr>
              <w:fldChar w:fldCharType="separate"/>
            </w:r>
            <w:r w:rsidR="00901EF9" w:rsidRPr="00CB2C99">
              <w:rPr>
                <w:noProof/>
                <w:webHidden/>
                <w:lang w:val="de-DE"/>
              </w:rPr>
              <w:t>6</w:t>
            </w:r>
            <w:r w:rsidR="00901EF9" w:rsidRPr="00CB2C99">
              <w:rPr>
                <w:noProof/>
                <w:webHidden/>
                <w:lang w:val="de-DE"/>
              </w:rPr>
              <w:fldChar w:fldCharType="end"/>
            </w:r>
          </w:hyperlink>
        </w:p>
        <w:p w:rsidR="00901EF9" w:rsidRPr="00CB2C99" w:rsidRDefault="004F1D64">
          <w:pPr>
            <w:pStyle w:val="Verzeichnis2"/>
            <w:tabs>
              <w:tab w:val="right" w:leader="dot" w:pos="8630"/>
            </w:tabs>
            <w:rPr>
              <w:noProof/>
              <w:lang w:val="de-DE" w:eastAsia="de-DE"/>
            </w:rPr>
          </w:pPr>
          <w:hyperlink w:anchor="_Toc195625343" w:history="1">
            <w:r w:rsidR="00901EF9" w:rsidRPr="00CB2C99">
              <w:rPr>
                <w:rStyle w:val="Hyperlink"/>
                <w:noProof/>
                <w:lang w:val="de-DE"/>
              </w:rPr>
              <w:t>4.3 To-Dos nach Projektende</w:t>
            </w:r>
            <w:r w:rsidR="00901EF9" w:rsidRPr="00CB2C99">
              <w:rPr>
                <w:noProof/>
                <w:webHidden/>
                <w:lang w:val="de-DE"/>
              </w:rPr>
              <w:tab/>
            </w:r>
            <w:r w:rsidR="00901EF9" w:rsidRPr="00CB2C99">
              <w:rPr>
                <w:noProof/>
                <w:webHidden/>
                <w:lang w:val="de-DE"/>
              </w:rPr>
              <w:fldChar w:fldCharType="begin"/>
            </w:r>
            <w:r w:rsidR="00901EF9" w:rsidRPr="00CB2C99">
              <w:rPr>
                <w:noProof/>
                <w:webHidden/>
                <w:lang w:val="de-DE"/>
              </w:rPr>
              <w:instrText xml:space="preserve"> PAGEREF _Toc195625343 \h </w:instrText>
            </w:r>
            <w:r w:rsidR="00901EF9" w:rsidRPr="00CB2C99">
              <w:rPr>
                <w:noProof/>
                <w:webHidden/>
                <w:lang w:val="de-DE"/>
              </w:rPr>
            </w:r>
            <w:r w:rsidR="00901EF9" w:rsidRPr="00CB2C99">
              <w:rPr>
                <w:noProof/>
                <w:webHidden/>
                <w:lang w:val="de-DE"/>
              </w:rPr>
              <w:fldChar w:fldCharType="separate"/>
            </w:r>
            <w:r w:rsidR="00901EF9" w:rsidRPr="00CB2C99">
              <w:rPr>
                <w:noProof/>
                <w:webHidden/>
                <w:lang w:val="de-DE"/>
              </w:rPr>
              <w:t>6</w:t>
            </w:r>
            <w:r w:rsidR="00901EF9" w:rsidRPr="00CB2C99">
              <w:rPr>
                <w:noProof/>
                <w:webHidden/>
                <w:lang w:val="de-DE"/>
              </w:rPr>
              <w:fldChar w:fldCharType="end"/>
            </w:r>
          </w:hyperlink>
        </w:p>
        <w:p w:rsidR="00901EF9" w:rsidRPr="00CB2C99" w:rsidRDefault="004F1D64">
          <w:pPr>
            <w:pStyle w:val="Verzeichnis2"/>
            <w:tabs>
              <w:tab w:val="right" w:leader="dot" w:pos="8630"/>
            </w:tabs>
            <w:rPr>
              <w:noProof/>
              <w:lang w:val="de-DE" w:eastAsia="de-DE"/>
            </w:rPr>
          </w:pPr>
          <w:hyperlink w:anchor="_Toc195625344" w:history="1">
            <w:r w:rsidR="00901EF9" w:rsidRPr="00CB2C99">
              <w:rPr>
                <w:rStyle w:val="Hyperlink"/>
                <w:noProof/>
                <w:lang w:val="de-DE"/>
              </w:rPr>
              <w:t>4.4 Verbesserungsvorschläge</w:t>
            </w:r>
            <w:r w:rsidR="00901EF9" w:rsidRPr="00CB2C99">
              <w:rPr>
                <w:noProof/>
                <w:webHidden/>
                <w:lang w:val="de-DE"/>
              </w:rPr>
              <w:tab/>
            </w:r>
            <w:r w:rsidR="00901EF9" w:rsidRPr="00CB2C99">
              <w:rPr>
                <w:noProof/>
                <w:webHidden/>
                <w:lang w:val="de-DE"/>
              </w:rPr>
              <w:fldChar w:fldCharType="begin"/>
            </w:r>
            <w:r w:rsidR="00901EF9" w:rsidRPr="00CB2C99">
              <w:rPr>
                <w:noProof/>
                <w:webHidden/>
                <w:lang w:val="de-DE"/>
              </w:rPr>
              <w:instrText xml:space="preserve"> PAGEREF _Toc195625344 \h </w:instrText>
            </w:r>
            <w:r w:rsidR="00901EF9" w:rsidRPr="00CB2C99">
              <w:rPr>
                <w:noProof/>
                <w:webHidden/>
                <w:lang w:val="de-DE"/>
              </w:rPr>
            </w:r>
            <w:r w:rsidR="00901EF9" w:rsidRPr="00CB2C99">
              <w:rPr>
                <w:noProof/>
                <w:webHidden/>
                <w:lang w:val="de-DE"/>
              </w:rPr>
              <w:fldChar w:fldCharType="separate"/>
            </w:r>
            <w:r w:rsidR="00901EF9" w:rsidRPr="00CB2C99">
              <w:rPr>
                <w:noProof/>
                <w:webHidden/>
                <w:lang w:val="de-DE"/>
              </w:rPr>
              <w:t>6</w:t>
            </w:r>
            <w:r w:rsidR="00901EF9" w:rsidRPr="00CB2C99">
              <w:rPr>
                <w:noProof/>
                <w:webHidden/>
                <w:lang w:val="de-DE"/>
              </w:rPr>
              <w:fldChar w:fldCharType="end"/>
            </w:r>
          </w:hyperlink>
        </w:p>
        <w:p w:rsidR="00901EF9" w:rsidRPr="00CB2C99" w:rsidRDefault="004F1D64">
          <w:pPr>
            <w:pStyle w:val="Verzeichnis1"/>
            <w:tabs>
              <w:tab w:val="right" w:leader="dot" w:pos="8630"/>
            </w:tabs>
            <w:rPr>
              <w:noProof/>
              <w:lang w:val="de-DE" w:eastAsia="de-DE"/>
            </w:rPr>
          </w:pPr>
          <w:hyperlink w:anchor="_Toc195625345" w:history="1">
            <w:r w:rsidR="00901EF9" w:rsidRPr="00CB2C99">
              <w:rPr>
                <w:rStyle w:val="Hyperlink"/>
                <w:noProof/>
                <w:lang w:val="de-DE"/>
              </w:rPr>
              <w:t>5 Tabellen</w:t>
            </w:r>
            <w:r w:rsidR="00901EF9" w:rsidRPr="00CB2C99">
              <w:rPr>
                <w:noProof/>
                <w:webHidden/>
                <w:lang w:val="de-DE"/>
              </w:rPr>
              <w:tab/>
            </w:r>
            <w:r w:rsidR="00901EF9" w:rsidRPr="00CB2C99">
              <w:rPr>
                <w:noProof/>
                <w:webHidden/>
                <w:lang w:val="de-DE"/>
              </w:rPr>
              <w:fldChar w:fldCharType="begin"/>
            </w:r>
            <w:r w:rsidR="00901EF9" w:rsidRPr="00CB2C99">
              <w:rPr>
                <w:noProof/>
                <w:webHidden/>
                <w:lang w:val="de-DE"/>
              </w:rPr>
              <w:instrText xml:space="preserve"> PAGEREF _Toc195625345 \h </w:instrText>
            </w:r>
            <w:r w:rsidR="00901EF9" w:rsidRPr="00CB2C99">
              <w:rPr>
                <w:noProof/>
                <w:webHidden/>
                <w:lang w:val="de-DE"/>
              </w:rPr>
            </w:r>
            <w:r w:rsidR="00901EF9" w:rsidRPr="00CB2C99">
              <w:rPr>
                <w:noProof/>
                <w:webHidden/>
                <w:lang w:val="de-DE"/>
              </w:rPr>
              <w:fldChar w:fldCharType="separate"/>
            </w:r>
            <w:r w:rsidR="00901EF9" w:rsidRPr="00CB2C99">
              <w:rPr>
                <w:noProof/>
                <w:webHidden/>
                <w:lang w:val="de-DE"/>
              </w:rPr>
              <w:t>7</w:t>
            </w:r>
            <w:r w:rsidR="00901EF9" w:rsidRPr="00CB2C99">
              <w:rPr>
                <w:noProof/>
                <w:webHidden/>
                <w:lang w:val="de-DE"/>
              </w:rPr>
              <w:fldChar w:fldCharType="end"/>
            </w:r>
          </w:hyperlink>
        </w:p>
        <w:p w:rsidR="00901EF9" w:rsidRPr="00CB2C99" w:rsidRDefault="004F1D64">
          <w:pPr>
            <w:pStyle w:val="Verzeichnis1"/>
            <w:tabs>
              <w:tab w:val="right" w:leader="dot" w:pos="8630"/>
            </w:tabs>
            <w:rPr>
              <w:noProof/>
              <w:lang w:val="de-DE" w:eastAsia="de-DE"/>
            </w:rPr>
          </w:pPr>
          <w:hyperlink w:anchor="_Toc195625346" w:history="1">
            <w:r w:rsidR="00901EF9" w:rsidRPr="00CB2C99">
              <w:rPr>
                <w:rStyle w:val="Hyperlink"/>
                <w:noProof/>
                <w:lang w:val="de-DE"/>
              </w:rPr>
              <w:t>6 Checklisten</w:t>
            </w:r>
            <w:r w:rsidR="00901EF9" w:rsidRPr="00CB2C99">
              <w:rPr>
                <w:noProof/>
                <w:webHidden/>
                <w:lang w:val="de-DE"/>
              </w:rPr>
              <w:tab/>
            </w:r>
            <w:r w:rsidR="00901EF9" w:rsidRPr="00CB2C99">
              <w:rPr>
                <w:noProof/>
                <w:webHidden/>
                <w:lang w:val="de-DE"/>
              </w:rPr>
              <w:fldChar w:fldCharType="begin"/>
            </w:r>
            <w:r w:rsidR="00901EF9" w:rsidRPr="00CB2C99">
              <w:rPr>
                <w:noProof/>
                <w:webHidden/>
                <w:lang w:val="de-DE"/>
              </w:rPr>
              <w:instrText xml:space="preserve"> PAGEREF _Toc195625346 \h </w:instrText>
            </w:r>
            <w:r w:rsidR="00901EF9" w:rsidRPr="00CB2C99">
              <w:rPr>
                <w:noProof/>
                <w:webHidden/>
                <w:lang w:val="de-DE"/>
              </w:rPr>
            </w:r>
            <w:r w:rsidR="00901EF9" w:rsidRPr="00CB2C99">
              <w:rPr>
                <w:noProof/>
                <w:webHidden/>
                <w:lang w:val="de-DE"/>
              </w:rPr>
              <w:fldChar w:fldCharType="separate"/>
            </w:r>
            <w:r w:rsidR="00901EF9" w:rsidRPr="00CB2C99">
              <w:rPr>
                <w:noProof/>
                <w:webHidden/>
                <w:lang w:val="de-DE"/>
              </w:rPr>
              <w:t>8</w:t>
            </w:r>
            <w:r w:rsidR="00901EF9" w:rsidRPr="00CB2C99">
              <w:rPr>
                <w:noProof/>
                <w:webHidden/>
                <w:lang w:val="de-DE"/>
              </w:rPr>
              <w:fldChar w:fldCharType="end"/>
            </w:r>
          </w:hyperlink>
        </w:p>
        <w:p w:rsidR="00901EF9" w:rsidRPr="00CB2C99" w:rsidRDefault="004F1D64">
          <w:pPr>
            <w:pStyle w:val="Verzeichnis1"/>
            <w:tabs>
              <w:tab w:val="right" w:leader="dot" w:pos="8630"/>
            </w:tabs>
            <w:rPr>
              <w:noProof/>
              <w:lang w:val="de-DE" w:eastAsia="de-DE"/>
            </w:rPr>
          </w:pPr>
          <w:hyperlink w:anchor="_Toc195625347" w:history="1">
            <w:r w:rsidR="00901EF9" w:rsidRPr="00CB2C99">
              <w:rPr>
                <w:rStyle w:val="Hyperlink"/>
                <w:rFonts w:cstheme="majorHAnsi"/>
                <w:noProof/>
                <w:lang w:val="de-DE"/>
              </w:rPr>
              <w:t>7 Weitere Anhänge</w:t>
            </w:r>
            <w:r w:rsidR="00901EF9" w:rsidRPr="00CB2C99">
              <w:rPr>
                <w:noProof/>
                <w:webHidden/>
                <w:lang w:val="de-DE"/>
              </w:rPr>
              <w:tab/>
            </w:r>
            <w:r w:rsidR="00901EF9" w:rsidRPr="00CB2C99">
              <w:rPr>
                <w:noProof/>
                <w:webHidden/>
                <w:lang w:val="de-DE"/>
              </w:rPr>
              <w:fldChar w:fldCharType="begin"/>
            </w:r>
            <w:r w:rsidR="00901EF9" w:rsidRPr="00CB2C99">
              <w:rPr>
                <w:noProof/>
                <w:webHidden/>
                <w:lang w:val="de-DE"/>
              </w:rPr>
              <w:instrText xml:space="preserve"> PAGEREF _Toc195625347 \h </w:instrText>
            </w:r>
            <w:r w:rsidR="00901EF9" w:rsidRPr="00CB2C99">
              <w:rPr>
                <w:noProof/>
                <w:webHidden/>
                <w:lang w:val="de-DE"/>
              </w:rPr>
            </w:r>
            <w:r w:rsidR="00901EF9" w:rsidRPr="00CB2C99">
              <w:rPr>
                <w:noProof/>
                <w:webHidden/>
                <w:lang w:val="de-DE"/>
              </w:rPr>
              <w:fldChar w:fldCharType="separate"/>
            </w:r>
            <w:r w:rsidR="00901EF9" w:rsidRPr="00CB2C99">
              <w:rPr>
                <w:noProof/>
                <w:webHidden/>
                <w:lang w:val="de-DE"/>
              </w:rPr>
              <w:t>9</w:t>
            </w:r>
            <w:r w:rsidR="00901EF9" w:rsidRPr="00CB2C99">
              <w:rPr>
                <w:noProof/>
                <w:webHidden/>
                <w:lang w:val="de-DE"/>
              </w:rPr>
              <w:fldChar w:fldCharType="end"/>
            </w:r>
          </w:hyperlink>
        </w:p>
        <w:p w:rsidR="0014734B" w:rsidRPr="00CB2C99" w:rsidRDefault="0014734B">
          <w:pPr>
            <w:rPr>
              <w:lang w:val="de-DE"/>
            </w:rPr>
          </w:pPr>
          <w:r w:rsidRPr="00CB2C99">
            <w:rPr>
              <w:b/>
              <w:bCs/>
              <w:lang w:val="de-DE"/>
            </w:rPr>
            <w:fldChar w:fldCharType="end"/>
          </w:r>
        </w:p>
      </w:sdtContent>
    </w:sdt>
    <w:p w:rsidR="00435EEC" w:rsidRDefault="006544E0">
      <w:pPr>
        <w:rPr>
          <w:rFonts w:asciiTheme="majorHAnsi" w:hAnsiTheme="majorHAnsi" w:cstheme="majorHAnsi"/>
          <w:sz w:val="24"/>
          <w:lang w:val="de-DE"/>
        </w:rPr>
      </w:pPr>
      <w:r w:rsidRPr="00CB2C99">
        <w:rPr>
          <w:rFonts w:asciiTheme="majorHAnsi" w:hAnsiTheme="majorHAnsi" w:cstheme="majorHAnsi"/>
          <w:sz w:val="24"/>
          <w:lang w:val="de-DE"/>
        </w:rPr>
        <w:br w:type="page"/>
      </w:r>
    </w:p>
    <w:p w:rsidR="0007235F" w:rsidRDefault="0007235F" w:rsidP="00435EEC">
      <w:pPr>
        <w:rPr>
          <w:noProof/>
        </w:rPr>
      </w:pP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32"/>
          <w:szCs w:val="28"/>
          <w:lang w:val="de-DE"/>
        </w:rPr>
        <w:lastRenderedPageBreak/>
        <w:t>Tabellen</w:t>
      </w:r>
      <w:r w:rsidRPr="00435EEC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32"/>
          <w:szCs w:val="28"/>
          <w:lang w:val="de-DE"/>
        </w:rPr>
        <w:t>verzeichnis</w:t>
      </w:r>
      <w:r w:rsidR="00435EEC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32"/>
          <w:szCs w:val="28"/>
          <w:lang w:val="de-DE"/>
        </w:rPr>
        <w:fldChar w:fldCharType="begin"/>
      </w:r>
      <w:r w:rsidR="00435EEC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32"/>
          <w:szCs w:val="28"/>
          <w:lang w:val="de-DE"/>
        </w:rPr>
        <w:instrText xml:space="preserve"> TOC \h \z \c "Tabelle" </w:instrText>
      </w:r>
      <w:r w:rsidR="00435EEC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32"/>
          <w:szCs w:val="28"/>
          <w:lang w:val="de-DE"/>
        </w:rPr>
        <w:fldChar w:fldCharType="separate"/>
      </w:r>
    </w:p>
    <w:p w:rsidR="0007235F" w:rsidRDefault="004F1D64">
      <w:pPr>
        <w:pStyle w:val="Abbildungsverzeichnis"/>
        <w:tabs>
          <w:tab w:val="right" w:leader="dot" w:pos="8630"/>
        </w:tabs>
        <w:rPr>
          <w:noProof/>
          <w:lang w:val="de-DE" w:eastAsia="de-DE"/>
        </w:rPr>
      </w:pPr>
      <w:hyperlink w:anchor="_Toc195628636" w:history="1">
        <w:r w:rsidR="0007235F" w:rsidRPr="00E35C0A">
          <w:rPr>
            <w:rStyle w:val="Hyperlink"/>
            <w:noProof/>
            <w:lang w:val="de-DE"/>
          </w:rPr>
          <w:t>Tabelle 1: Projektzeitplan (Grobplanung)</w:t>
        </w:r>
        <w:r w:rsidR="0007235F">
          <w:rPr>
            <w:noProof/>
            <w:webHidden/>
          </w:rPr>
          <w:tab/>
        </w:r>
        <w:r w:rsidR="0007235F">
          <w:rPr>
            <w:noProof/>
            <w:webHidden/>
          </w:rPr>
          <w:fldChar w:fldCharType="begin"/>
        </w:r>
        <w:r w:rsidR="0007235F">
          <w:rPr>
            <w:noProof/>
            <w:webHidden/>
          </w:rPr>
          <w:instrText xml:space="preserve"> PAGEREF _Toc195628636 \h </w:instrText>
        </w:r>
        <w:r w:rsidR="0007235F">
          <w:rPr>
            <w:noProof/>
            <w:webHidden/>
          </w:rPr>
        </w:r>
        <w:r w:rsidR="0007235F">
          <w:rPr>
            <w:noProof/>
            <w:webHidden/>
          </w:rPr>
          <w:fldChar w:fldCharType="separate"/>
        </w:r>
        <w:r w:rsidR="0007235F">
          <w:rPr>
            <w:noProof/>
            <w:webHidden/>
          </w:rPr>
          <w:t>9</w:t>
        </w:r>
        <w:r w:rsidR="0007235F">
          <w:rPr>
            <w:noProof/>
            <w:webHidden/>
          </w:rPr>
          <w:fldChar w:fldCharType="end"/>
        </w:r>
      </w:hyperlink>
    </w:p>
    <w:p w:rsidR="0007235F" w:rsidRDefault="004F1D64">
      <w:pPr>
        <w:pStyle w:val="Abbildungsverzeichnis"/>
        <w:tabs>
          <w:tab w:val="right" w:leader="dot" w:pos="8630"/>
        </w:tabs>
        <w:rPr>
          <w:noProof/>
          <w:lang w:val="de-DE" w:eastAsia="de-DE"/>
        </w:rPr>
      </w:pPr>
      <w:hyperlink w:anchor="_Toc195628637" w:history="1">
        <w:r w:rsidR="0007235F" w:rsidRPr="00E35C0A">
          <w:rPr>
            <w:rStyle w:val="Hyperlink"/>
            <w:noProof/>
            <w:lang w:val="de-DE"/>
          </w:rPr>
          <w:t>Tabelle 2: Ressourcenübersicht</w:t>
        </w:r>
        <w:r w:rsidR="0007235F">
          <w:rPr>
            <w:noProof/>
            <w:webHidden/>
          </w:rPr>
          <w:tab/>
        </w:r>
        <w:r w:rsidR="0007235F">
          <w:rPr>
            <w:noProof/>
            <w:webHidden/>
          </w:rPr>
          <w:fldChar w:fldCharType="begin"/>
        </w:r>
        <w:r w:rsidR="0007235F">
          <w:rPr>
            <w:noProof/>
            <w:webHidden/>
          </w:rPr>
          <w:instrText xml:space="preserve"> PAGEREF _Toc195628637 \h </w:instrText>
        </w:r>
        <w:r w:rsidR="0007235F">
          <w:rPr>
            <w:noProof/>
            <w:webHidden/>
          </w:rPr>
        </w:r>
        <w:r w:rsidR="0007235F">
          <w:rPr>
            <w:noProof/>
            <w:webHidden/>
          </w:rPr>
          <w:fldChar w:fldCharType="separate"/>
        </w:r>
        <w:r w:rsidR="0007235F">
          <w:rPr>
            <w:noProof/>
            <w:webHidden/>
          </w:rPr>
          <w:t>9</w:t>
        </w:r>
        <w:r w:rsidR="0007235F">
          <w:rPr>
            <w:noProof/>
            <w:webHidden/>
          </w:rPr>
          <w:fldChar w:fldCharType="end"/>
        </w:r>
      </w:hyperlink>
    </w:p>
    <w:p w:rsidR="0007235F" w:rsidRDefault="004F1D64">
      <w:pPr>
        <w:pStyle w:val="Abbildungsverzeichnis"/>
        <w:tabs>
          <w:tab w:val="right" w:leader="dot" w:pos="8630"/>
        </w:tabs>
        <w:rPr>
          <w:noProof/>
          <w:lang w:val="de-DE" w:eastAsia="de-DE"/>
        </w:rPr>
      </w:pPr>
      <w:hyperlink w:anchor="_Toc195628638" w:history="1">
        <w:r w:rsidR="0007235F" w:rsidRPr="00E35C0A">
          <w:rPr>
            <w:rStyle w:val="Hyperlink"/>
            <w:noProof/>
            <w:lang w:val="de-DE"/>
          </w:rPr>
          <w:t>Tabelle 3: Risikomatrix</w:t>
        </w:r>
        <w:r w:rsidR="0007235F">
          <w:rPr>
            <w:noProof/>
            <w:webHidden/>
          </w:rPr>
          <w:tab/>
        </w:r>
        <w:r w:rsidR="0007235F">
          <w:rPr>
            <w:noProof/>
            <w:webHidden/>
          </w:rPr>
          <w:fldChar w:fldCharType="begin"/>
        </w:r>
        <w:r w:rsidR="0007235F">
          <w:rPr>
            <w:noProof/>
            <w:webHidden/>
          </w:rPr>
          <w:instrText xml:space="preserve"> PAGEREF _Toc195628638 \h </w:instrText>
        </w:r>
        <w:r w:rsidR="0007235F">
          <w:rPr>
            <w:noProof/>
            <w:webHidden/>
          </w:rPr>
        </w:r>
        <w:r w:rsidR="0007235F">
          <w:rPr>
            <w:noProof/>
            <w:webHidden/>
          </w:rPr>
          <w:fldChar w:fldCharType="separate"/>
        </w:r>
        <w:r w:rsidR="0007235F">
          <w:rPr>
            <w:noProof/>
            <w:webHidden/>
          </w:rPr>
          <w:t>9</w:t>
        </w:r>
        <w:r w:rsidR="0007235F">
          <w:rPr>
            <w:noProof/>
            <w:webHidden/>
          </w:rPr>
          <w:fldChar w:fldCharType="end"/>
        </w:r>
      </w:hyperlink>
    </w:p>
    <w:p w:rsidR="00435EEC" w:rsidRDefault="00435EEC">
      <w:pPr>
        <w:rPr>
          <w:rFonts w:asciiTheme="majorHAnsi" w:hAnsiTheme="majorHAnsi" w:cstheme="majorHAnsi"/>
          <w:sz w:val="24"/>
          <w:lang w:val="de-DE"/>
        </w:rPr>
      </w:pP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32"/>
          <w:szCs w:val="28"/>
          <w:lang w:val="de-DE"/>
        </w:rPr>
        <w:fldChar w:fldCharType="end"/>
      </w:r>
      <w:r>
        <w:rPr>
          <w:rFonts w:asciiTheme="majorHAnsi" w:hAnsiTheme="majorHAnsi" w:cstheme="majorHAnsi"/>
          <w:sz w:val="24"/>
          <w:lang w:val="de-DE"/>
        </w:rPr>
        <w:br w:type="page"/>
      </w:r>
    </w:p>
    <w:p w:rsidR="00B44060" w:rsidRDefault="00C7781E" w:rsidP="0007235F">
      <w:pPr>
        <w:pStyle w:val="Inhaltsverzeichnisberschrift"/>
        <w:spacing w:line="360" w:lineRule="auto"/>
        <w:rPr>
          <w:noProof/>
        </w:rPr>
      </w:pPr>
      <w:r>
        <w:rPr>
          <w:lang w:val="de-DE"/>
        </w:rPr>
        <w:lastRenderedPageBreak/>
        <w:t>A</w:t>
      </w:r>
      <w:r w:rsidR="00435EEC">
        <w:rPr>
          <w:lang w:val="de-DE"/>
        </w:rPr>
        <w:t>bbildungs</w:t>
      </w:r>
      <w:r w:rsidRPr="00CB2C99">
        <w:rPr>
          <w:lang w:val="de-DE"/>
        </w:rPr>
        <w:t>verzeichnis</w:t>
      </w:r>
      <w:r w:rsidR="00435EEC">
        <w:rPr>
          <w:lang w:val="de-DE"/>
        </w:rPr>
        <w:fldChar w:fldCharType="begin"/>
      </w:r>
      <w:r w:rsidR="00435EEC">
        <w:rPr>
          <w:lang w:val="de-DE"/>
        </w:rPr>
        <w:instrText xml:space="preserve"> TOC \h \z \c "Abbildung" </w:instrText>
      </w:r>
      <w:r w:rsidR="00435EEC">
        <w:rPr>
          <w:lang w:val="de-DE"/>
        </w:rPr>
        <w:fldChar w:fldCharType="separate"/>
      </w:r>
    </w:p>
    <w:p w:rsidR="00B44060" w:rsidRDefault="004F1D64">
      <w:pPr>
        <w:pStyle w:val="Abbildungsverzeichnis"/>
        <w:tabs>
          <w:tab w:val="right" w:leader="dot" w:pos="8630"/>
        </w:tabs>
        <w:rPr>
          <w:noProof/>
          <w:lang w:val="de-DE" w:eastAsia="de-DE"/>
        </w:rPr>
      </w:pPr>
      <w:hyperlink w:anchor="_Toc195628389" w:history="1">
        <w:r w:rsidR="00B44060" w:rsidRPr="00ED2A80">
          <w:rPr>
            <w:rStyle w:val="Hyperlink"/>
            <w:noProof/>
          </w:rPr>
          <w:t>Abbildung 1: Screenshot Login-Maske</w:t>
        </w:r>
        <w:r w:rsidR="00B44060">
          <w:rPr>
            <w:noProof/>
            <w:webHidden/>
          </w:rPr>
          <w:tab/>
        </w:r>
        <w:r w:rsidR="00B44060">
          <w:rPr>
            <w:noProof/>
            <w:webHidden/>
          </w:rPr>
          <w:fldChar w:fldCharType="begin"/>
        </w:r>
        <w:r w:rsidR="00B44060">
          <w:rPr>
            <w:noProof/>
            <w:webHidden/>
          </w:rPr>
          <w:instrText xml:space="preserve"> PAGEREF _Toc195628389 \h </w:instrText>
        </w:r>
        <w:r w:rsidR="00B44060">
          <w:rPr>
            <w:noProof/>
            <w:webHidden/>
          </w:rPr>
        </w:r>
        <w:r w:rsidR="00B44060">
          <w:rPr>
            <w:noProof/>
            <w:webHidden/>
          </w:rPr>
          <w:fldChar w:fldCharType="separate"/>
        </w:r>
        <w:r w:rsidR="00B44060">
          <w:rPr>
            <w:noProof/>
            <w:webHidden/>
          </w:rPr>
          <w:t>11</w:t>
        </w:r>
        <w:r w:rsidR="00B44060">
          <w:rPr>
            <w:noProof/>
            <w:webHidden/>
          </w:rPr>
          <w:fldChar w:fldCharType="end"/>
        </w:r>
      </w:hyperlink>
    </w:p>
    <w:p w:rsidR="00B44060" w:rsidRDefault="004F1D64">
      <w:pPr>
        <w:pStyle w:val="Abbildungsverzeichnis"/>
        <w:tabs>
          <w:tab w:val="right" w:leader="dot" w:pos="8630"/>
        </w:tabs>
        <w:rPr>
          <w:noProof/>
          <w:lang w:val="de-DE" w:eastAsia="de-DE"/>
        </w:rPr>
      </w:pPr>
      <w:hyperlink w:anchor="_Toc195628390" w:history="1">
        <w:r w:rsidR="00B44060" w:rsidRPr="00ED2A80">
          <w:rPr>
            <w:rStyle w:val="Hyperlink"/>
            <w:noProof/>
          </w:rPr>
          <w:t>Abbildung 2: Gantt-Diagramm</w:t>
        </w:r>
        <w:r w:rsidR="00B44060">
          <w:rPr>
            <w:noProof/>
            <w:webHidden/>
          </w:rPr>
          <w:tab/>
        </w:r>
        <w:r w:rsidR="00B44060">
          <w:rPr>
            <w:noProof/>
            <w:webHidden/>
          </w:rPr>
          <w:fldChar w:fldCharType="begin"/>
        </w:r>
        <w:r w:rsidR="00B44060">
          <w:rPr>
            <w:noProof/>
            <w:webHidden/>
          </w:rPr>
          <w:instrText xml:space="preserve"> PAGEREF _Toc195628390 \h </w:instrText>
        </w:r>
        <w:r w:rsidR="00B44060">
          <w:rPr>
            <w:noProof/>
            <w:webHidden/>
          </w:rPr>
        </w:r>
        <w:r w:rsidR="00B44060">
          <w:rPr>
            <w:noProof/>
            <w:webHidden/>
          </w:rPr>
          <w:fldChar w:fldCharType="separate"/>
        </w:r>
        <w:r w:rsidR="00B44060">
          <w:rPr>
            <w:noProof/>
            <w:webHidden/>
          </w:rPr>
          <w:t>11</w:t>
        </w:r>
        <w:r w:rsidR="00B44060">
          <w:rPr>
            <w:noProof/>
            <w:webHidden/>
          </w:rPr>
          <w:fldChar w:fldCharType="end"/>
        </w:r>
      </w:hyperlink>
    </w:p>
    <w:p w:rsidR="00C7781E" w:rsidRDefault="00435EEC" w:rsidP="00435EEC">
      <w:pPr>
        <w:pStyle w:val="Inhaltsverzeichnisberschrift"/>
        <w:rPr>
          <w:rFonts w:cstheme="majorHAnsi"/>
          <w:sz w:val="24"/>
          <w:lang w:val="de-DE"/>
        </w:rPr>
      </w:pPr>
      <w:r>
        <w:rPr>
          <w:lang w:val="de-DE"/>
        </w:rPr>
        <w:fldChar w:fldCharType="end"/>
      </w:r>
      <w:r w:rsidR="00C7781E">
        <w:rPr>
          <w:rFonts w:cstheme="majorHAnsi"/>
          <w:sz w:val="24"/>
          <w:lang w:val="de-DE"/>
        </w:rPr>
        <w:br w:type="page"/>
      </w:r>
    </w:p>
    <w:p w:rsidR="00A315B9" w:rsidRPr="00CB2C99" w:rsidRDefault="006544E0">
      <w:pPr>
        <w:pStyle w:val="berschrift1"/>
        <w:rPr>
          <w:rFonts w:cstheme="majorHAnsi"/>
          <w:lang w:val="de-DE"/>
        </w:rPr>
      </w:pPr>
      <w:bookmarkStart w:id="0" w:name="_Toc195625326"/>
      <w:r w:rsidRPr="00CB2C99">
        <w:rPr>
          <w:rFonts w:cstheme="majorHAnsi"/>
          <w:lang w:val="de-DE"/>
        </w:rPr>
        <w:lastRenderedPageBreak/>
        <w:t>1 Projektstart</w:t>
      </w:r>
      <w:bookmarkEnd w:id="0"/>
    </w:p>
    <w:p w:rsidR="00A315B9" w:rsidRPr="00CB2C99" w:rsidRDefault="006544E0">
      <w:pPr>
        <w:rPr>
          <w:rFonts w:asciiTheme="majorHAnsi" w:hAnsiTheme="majorHAnsi" w:cstheme="majorHAnsi"/>
          <w:sz w:val="24"/>
          <w:lang w:val="de-DE"/>
        </w:rPr>
      </w:pPr>
      <w:bookmarkStart w:id="1" w:name="_Toc195625327"/>
      <w:r w:rsidRPr="00CB2C99">
        <w:rPr>
          <w:rStyle w:val="berschrift2Zchn"/>
          <w:lang w:val="de-DE"/>
        </w:rPr>
        <w:t>1.1 Projektidee</w:t>
      </w:r>
      <w:bookmarkEnd w:id="1"/>
      <w:r w:rsidRPr="00CB2C99">
        <w:rPr>
          <w:rFonts w:asciiTheme="majorHAnsi" w:hAnsiTheme="majorHAnsi" w:cstheme="majorHAnsi"/>
          <w:sz w:val="24"/>
          <w:lang w:val="de-DE"/>
        </w:rPr>
        <w:br/>
        <w:t>[Hier die Projektidee beschreiben]</w:t>
      </w:r>
    </w:p>
    <w:p w:rsidR="00A315B9" w:rsidRPr="00CB2C99" w:rsidRDefault="006544E0">
      <w:pPr>
        <w:rPr>
          <w:rFonts w:asciiTheme="majorHAnsi" w:hAnsiTheme="majorHAnsi" w:cstheme="majorHAnsi"/>
          <w:sz w:val="24"/>
          <w:lang w:val="de-DE"/>
        </w:rPr>
      </w:pPr>
      <w:bookmarkStart w:id="2" w:name="_Toc195625328"/>
      <w:r w:rsidRPr="00CB2C99">
        <w:rPr>
          <w:rStyle w:val="berschrift2Zchn"/>
          <w:lang w:val="de-DE"/>
        </w:rPr>
        <w:t>1.2 Zielsetzung</w:t>
      </w:r>
      <w:bookmarkEnd w:id="2"/>
      <w:r w:rsidRPr="00CB2C99">
        <w:rPr>
          <w:rFonts w:asciiTheme="majorHAnsi" w:hAnsiTheme="majorHAnsi" w:cstheme="majorHAnsi"/>
          <w:sz w:val="24"/>
          <w:lang w:val="de-DE"/>
        </w:rPr>
        <w:br/>
        <w:t>[Was soll erreicht werden?]</w:t>
      </w:r>
    </w:p>
    <w:p w:rsidR="00A315B9" w:rsidRPr="00CB2C99" w:rsidRDefault="006544E0">
      <w:pPr>
        <w:rPr>
          <w:rFonts w:asciiTheme="majorHAnsi" w:hAnsiTheme="majorHAnsi" w:cstheme="majorHAnsi"/>
          <w:sz w:val="24"/>
          <w:lang w:val="de-DE"/>
        </w:rPr>
      </w:pPr>
      <w:bookmarkStart w:id="3" w:name="_Toc195625329"/>
      <w:r w:rsidRPr="00CB2C99">
        <w:rPr>
          <w:rStyle w:val="berschrift2Zchn"/>
          <w:lang w:val="de-DE"/>
        </w:rPr>
        <w:t>1.3 Projektbeteiligte</w:t>
      </w:r>
      <w:bookmarkEnd w:id="3"/>
      <w:r w:rsidRPr="00CB2C99">
        <w:rPr>
          <w:rFonts w:asciiTheme="majorHAnsi" w:hAnsiTheme="majorHAnsi" w:cstheme="majorHAnsi"/>
          <w:sz w:val="24"/>
          <w:lang w:val="de-DE"/>
        </w:rPr>
        <w:br/>
        <w:t>[Wer ist involviert? Rollen?]</w:t>
      </w:r>
    </w:p>
    <w:p w:rsidR="00A315B9" w:rsidRPr="00CB2C99" w:rsidRDefault="006544E0">
      <w:pPr>
        <w:rPr>
          <w:rFonts w:asciiTheme="majorHAnsi" w:hAnsiTheme="majorHAnsi" w:cstheme="majorHAnsi"/>
          <w:sz w:val="24"/>
          <w:lang w:val="de-DE"/>
        </w:rPr>
      </w:pPr>
      <w:bookmarkStart w:id="4" w:name="_Toc195625330"/>
      <w:r w:rsidRPr="00CB2C99">
        <w:rPr>
          <w:rStyle w:val="berschrift2Zchn"/>
          <w:lang w:val="de-DE"/>
        </w:rPr>
        <w:t>1.4 Rahmenbedingungen</w:t>
      </w:r>
      <w:bookmarkEnd w:id="4"/>
      <w:r w:rsidRPr="00CB2C99">
        <w:rPr>
          <w:rFonts w:asciiTheme="majorHAnsi" w:hAnsiTheme="majorHAnsi" w:cstheme="majorHAnsi"/>
          <w:sz w:val="24"/>
          <w:lang w:val="de-DE"/>
        </w:rPr>
        <w:br/>
        <w:t>[Zeit, Budget, Ressourcen]</w:t>
      </w:r>
    </w:p>
    <w:p w:rsidR="00A315B9" w:rsidRPr="00CB2C99" w:rsidRDefault="006544E0">
      <w:pPr>
        <w:rPr>
          <w:rFonts w:asciiTheme="majorHAnsi" w:hAnsiTheme="majorHAnsi" w:cstheme="majorHAnsi"/>
          <w:sz w:val="24"/>
          <w:lang w:val="de-DE"/>
        </w:rPr>
      </w:pPr>
      <w:r w:rsidRPr="00CB2C99">
        <w:rPr>
          <w:rFonts w:asciiTheme="majorHAnsi" w:hAnsiTheme="majorHAnsi" w:cstheme="majorHAnsi"/>
          <w:sz w:val="24"/>
          <w:lang w:val="de-DE"/>
        </w:rPr>
        <w:br w:type="page"/>
      </w:r>
    </w:p>
    <w:p w:rsidR="00A315B9" w:rsidRPr="00CB2C99" w:rsidRDefault="006544E0">
      <w:pPr>
        <w:pStyle w:val="berschrift1"/>
        <w:rPr>
          <w:rFonts w:cstheme="majorHAnsi"/>
          <w:lang w:val="de-DE"/>
        </w:rPr>
      </w:pPr>
      <w:bookmarkStart w:id="5" w:name="_Toc195625331"/>
      <w:r w:rsidRPr="00CB2C99">
        <w:rPr>
          <w:rFonts w:cstheme="majorHAnsi"/>
          <w:lang w:val="de-DE"/>
        </w:rPr>
        <w:t>2 Projektplanung</w:t>
      </w:r>
      <w:bookmarkEnd w:id="5"/>
    </w:p>
    <w:p w:rsidR="00A315B9" w:rsidRPr="00CB2C99" w:rsidRDefault="006544E0">
      <w:pPr>
        <w:rPr>
          <w:rFonts w:asciiTheme="majorHAnsi" w:hAnsiTheme="majorHAnsi" w:cstheme="majorHAnsi"/>
          <w:sz w:val="24"/>
          <w:lang w:val="de-DE"/>
        </w:rPr>
      </w:pPr>
      <w:bookmarkStart w:id="6" w:name="_Toc195625332"/>
      <w:r w:rsidRPr="00CB2C99">
        <w:rPr>
          <w:rStyle w:val="berschrift2Zchn"/>
          <w:lang w:val="de-DE"/>
        </w:rPr>
        <w:t>2.1 Aufgaben &amp; Meilensteine</w:t>
      </w:r>
      <w:bookmarkEnd w:id="6"/>
      <w:r w:rsidRPr="00CB2C99">
        <w:rPr>
          <w:rFonts w:asciiTheme="majorHAnsi" w:hAnsiTheme="majorHAnsi" w:cstheme="majorHAnsi"/>
          <w:sz w:val="24"/>
          <w:lang w:val="de-DE"/>
        </w:rPr>
        <w:br/>
        <w:t>[Tabelle oder Liste hier einfügen]</w:t>
      </w:r>
    </w:p>
    <w:p w:rsidR="00A315B9" w:rsidRPr="00CB2C99" w:rsidRDefault="006544E0">
      <w:pPr>
        <w:rPr>
          <w:rFonts w:asciiTheme="majorHAnsi" w:hAnsiTheme="majorHAnsi" w:cstheme="majorHAnsi"/>
          <w:sz w:val="24"/>
          <w:lang w:val="de-DE"/>
        </w:rPr>
      </w:pPr>
      <w:bookmarkStart w:id="7" w:name="_Toc195625333"/>
      <w:r w:rsidRPr="00CB2C99">
        <w:rPr>
          <w:rStyle w:val="berschrift2Zchn"/>
          <w:lang w:val="de-DE"/>
        </w:rPr>
        <w:t>2.2 Zeitplan</w:t>
      </w:r>
      <w:bookmarkEnd w:id="7"/>
      <w:r w:rsidRPr="00CB2C99">
        <w:rPr>
          <w:rFonts w:asciiTheme="majorHAnsi" w:hAnsiTheme="majorHAnsi" w:cstheme="majorHAnsi"/>
          <w:sz w:val="24"/>
          <w:lang w:val="de-DE"/>
        </w:rPr>
        <w:br/>
        <w:t>[Zeitliche Planung als Text oder Gantt-Diagramm]</w:t>
      </w:r>
    </w:p>
    <w:p w:rsidR="00A315B9" w:rsidRPr="00CB2C99" w:rsidRDefault="006544E0">
      <w:pPr>
        <w:rPr>
          <w:rFonts w:asciiTheme="majorHAnsi" w:hAnsiTheme="majorHAnsi" w:cstheme="majorHAnsi"/>
          <w:sz w:val="24"/>
          <w:lang w:val="de-DE"/>
        </w:rPr>
      </w:pPr>
      <w:bookmarkStart w:id="8" w:name="_Toc195625334"/>
      <w:r w:rsidRPr="00CB2C99">
        <w:rPr>
          <w:rStyle w:val="berschrift2Zchn"/>
          <w:lang w:val="de-DE"/>
        </w:rPr>
        <w:t>2.3 Ressourcenplanung</w:t>
      </w:r>
      <w:bookmarkEnd w:id="8"/>
      <w:r w:rsidRPr="00CB2C99">
        <w:rPr>
          <w:rFonts w:asciiTheme="majorHAnsi" w:hAnsiTheme="majorHAnsi" w:cstheme="majorHAnsi"/>
          <w:sz w:val="24"/>
          <w:lang w:val="de-DE"/>
        </w:rPr>
        <w:br/>
        <w:t>[Materialien, Personal, Tools]</w:t>
      </w:r>
    </w:p>
    <w:p w:rsidR="00A315B9" w:rsidRPr="00CB2C99" w:rsidRDefault="006544E0">
      <w:pPr>
        <w:rPr>
          <w:rFonts w:asciiTheme="majorHAnsi" w:hAnsiTheme="majorHAnsi" w:cstheme="majorHAnsi"/>
          <w:sz w:val="24"/>
          <w:lang w:val="de-DE"/>
        </w:rPr>
      </w:pPr>
      <w:bookmarkStart w:id="9" w:name="_Toc195625335"/>
      <w:r w:rsidRPr="00CB2C99">
        <w:rPr>
          <w:rStyle w:val="berschrift2Zchn"/>
          <w:lang w:val="de-DE"/>
        </w:rPr>
        <w:t>2.4 Risiken &amp; Maßnahmen</w:t>
      </w:r>
      <w:bookmarkEnd w:id="9"/>
      <w:r w:rsidRPr="00CB2C99">
        <w:rPr>
          <w:rFonts w:asciiTheme="majorHAnsi" w:hAnsiTheme="majorHAnsi" w:cstheme="majorHAnsi"/>
          <w:sz w:val="24"/>
          <w:lang w:val="de-DE"/>
        </w:rPr>
        <w:br/>
        <w:t>[Risikomanagement]</w:t>
      </w:r>
    </w:p>
    <w:p w:rsidR="00A315B9" w:rsidRPr="00CB2C99" w:rsidRDefault="006544E0">
      <w:pPr>
        <w:rPr>
          <w:rFonts w:asciiTheme="majorHAnsi" w:hAnsiTheme="majorHAnsi" w:cstheme="majorHAnsi"/>
          <w:sz w:val="24"/>
          <w:lang w:val="de-DE"/>
        </w:rPr>
      </w:pPr>
      <w:r w:rsidRPr="00CB2C99">
        <w:rPr>
          <w:rFonts w:asciiTheme="majorHAnsi" w:hAnsiTheme="majorHAnsi" w:cstheme="majorHAnsi"/>
          <w:sz w:val="24"/>
          <w:lang w:val="de-DE"/>
        </w:rPr>
        <w:br w:type="page"/>
      </w:r>
    </w:p>
    <w:p w:rsidR="00A315B9" w:rsidRPr="00CB2C99" w:rsidRDefault="006544E0" w:rsidP="00D10593">
      <w:pPr>
        <w:pStyle w:val="berschrift1"/>
        <w:rPr>
          <w:lang w:val="de-DE"/>
        </w:rPr>
      </w:pPr>
      <w:bookmarkStart w:id="10" w:name="_Toc195625336"/>
      <w:r w:rsidRPr="00CB2C99">
        <w:rPr>
          <w:lang w:val="de-DE"/>
        </w:rPr>
        <w:t>3 Projektdurchführung</w:t>
      </w:r>
      <w:bookmarkEnd w:id="10"/>
    </w:p>
    <w:p w:rsidR="00A315B9" w:rsidRPr="00CB2C99" w:rsidRDefault="006544E0">
      <w:pPr>
        <w:rPr>
          <w:rFonts w:asciiTheme="majorHAnsi" w:hAnsiTheme="majorHAnsi" w:cstheme="majorHAnsi"/>
          <w:sz w:val="24"/>
          <w:lang w:val="de-DE"/>
        </w:rPr>
      </w:pPr>
      <w:bookmarkStart w:id="11" w:name="_Toc195625337"/>
      <w:r w:rsidRPr="00CB2C99">
        <w:rPr>
          <w:rStyle w:val="berschrift2Zchn"/>
          <w:lang w:val="de-DE"/>
        </w:rPr>
        <w:t>3.1 Umsetzung</w:t>
      </w:r>
      <w:bookmarkEnd w:id="11"/>
      <w:r w:rsidRPr="00CB2C99">
        <w:rPr>
          <w:rFonts w:asciiTheme="majorHAnsi" w:hAnsiTheme="majorHAnsi" w:cstheme="majorHAnsi"/>
          <w:sz w:val="24"/>
          <w:lang w:val="de-DE"/>
        </w:rPr>
        <w:br/>
        <w:t>[Wie wurde das Projekt umgesetzt?]</w:t>
      </w:r>
    </w:p>
    <w:p w:rsidR="00A315B9" w:rsidRPr="00CB2C99" w:rsidRDefault="006544E0">
      <w:pPr>
        <w:rPr>
          <w:rFonts w:asciiTheme="majorHAnsi" w:hAnsiTheme="majorHAnsi" w:cstheme="majorHAnsi"/>
          <w:sz w:val="24"/>
          <w:lang w:val="de-DE"/>
        </w:rPr>
      </w:pPr>
      <w:bookmarkStart w:id="12" w:name="_Toc195625338"/>
      <w:r w:rsidRPr="00CB2C99">
        <w:rPr>
          <w:rStyle w:val="berschrift2Zchn"/>
          <w:lang w:val="de-DE"/>
        </w:rPr>
        <w:t>3.2 Herausforderungen &amp; Lösungen</w:t>
      </w:r>
      <w:bookmarkEnd w:id="12"/>
      <w:r w:rsidRPr="00CB2C99">
        <w:rPr>
          <w:rFonts w:asciiTheme="majorHAnsi" w:hAnsiTheme="majorHAnsi" w:cstheme="majorHAnsi"/>
          <w:sz w:val="24"/>
          <w:lang w:val="de-DE"/>
        </w:rPr>
        <w:br/>
        <w:t>[Was lief gut/schlecht?]</w:t>
      </w:r>
    </w:p>
    <w:p w:rsidR="00A315B9" w:rsidRPr="00CB2C99" w:rsidRDefault="006544E0">
      <w:pPr>
        <w:rPr>
          <w:rFonts w:asciiTheme="majorHAnsi" w:hAnsiTheme="majorHAnsi" w:cstheme="majorHAnsi"/>
          <w:sz w:val="24"/>
          <w:lang w:val="de-DE"/>
        </w:rPr>
      </w:pPr>
      <w:bookmarkStart w:id="13" w:name="_Toc195625339"/>
      <w:r w:rsidRPr="00CB2C99">
        <w:rPr>
          <w:rStyle w:val="berschrift2Zchn"/>
          <w:lang w:val="de-DE"/>
        </w:rPr>
        <w:t>3.3 Kommunikationsverlauf</w:t>
      </w:r>
      <w:bookmarkEnd w:id="13"/>
      <w:r w:rsidRPr="00CB2C99">
        <w:rPr>
          <w:rFonts w:asciiTheme="majorHAnsi" w:hAnsiTheme="majorHAnsi" w:cstheme="majorHAnsi"/>
          <w:sz w:val="24"/>
          <w:lang w:val="de-DE"/>
        </w:rPr>
        <w:br/>
        <w:t>[Meetings, Absprachen, Änderungen]</w:t>
      </w:r>
    </w:p>
    <w:p w:rsidR="00A315B9" w:rsidRPr="00CB2C99" w:rsidRDefault="006544E0">
      <w:pPr>
        <w:rPr>
          <w:rFonts w:asciiTheme="majorHAnsi" w:hAnsiTheme="majorHAnsi" w:cstheme="majorHAnsi"/>
          <w:sz w:val="24"/>
          <w:lang w:val="de-DE"/>
        </w:rPr>
      </w:pPr>
      <w:r w:rsidRPr="00CB2C99">
        <w:rPr>
          <w:rFonts w:asciiTheme="majorHAnsi" w:hAnsiTheme="majorHAnsi" w:cstheme="majorHAnsi"/>
          <w:sz w:val="24"/>
          <w:lang w:val="de-DE"/>
        </w:rPr>
        <w:br w:type="page"/>
      </w:r>
    </w:p>
    <w:p w:rsidR="00A315B9" w:rsidRPr="00CB2C99" w:rsidRDefault="006544E0">
      <w:pPr>
        <w:pStyle w:val="berschrift1"/>
        <w:rPr>
          <w:rFonts w:cstheme="majorHAnsi"/>
          <w:lang w:val="de-DE"/>
        </w:rPr>
      </w:pPr>
      <w:bookmarkStart w:id="14" w:name="_Toc195625340"/>
      <w:r w:rsidRPr="00CB2C99">
        <w:rPr>
          <w:rFonts w:cstheme="majorHAnsi"/>
          <w:lang w:val="de-DE"/>
        </w:rPr>
        <w:t>4 Projektabschluss</w:t>
      </w:r>
      <w:bookmarkEnd w:id="14"/>
    </w:p>
    <w:p w:rsidR="00A315B9" w:rsidRPr="00CB2C99" w:rsidRDefault="006544E0">
      <w:pPr>
        <w:rPr>
          <w:rFonts w:asciiTheme="majorHAnsi" w:hAnsiTheme="majorHAnsi" w:cstheme="majorHAnsi"/>
          <w:sz w:val="24"/>
          <w:lang w:val="de-DE"/>
        </w:rPr>
      </w:pPr>
      <w:bookmarkStart w:id="15" w:name="_Toc195625341"/>
      <w:r w:rsidRPr="00CB2C99">
        <w:rPr>
          <w:rStyle w:val="berschrift2Zchn"/>
          <w:lang w:val="de-DE"/>
        </w:rPr>
        <w:t>4.1 Ergebnisbewertung</w:t>
      </w:r>
      <w:bookmarkEnd w:id="15"/>
      <w:r w:rsidRPr="00CB2C99">
        <w:rPr>
          <w:rFonts w:asciiTheme="majorHAnsi" w:hAnsiTheme="majorHAnsi" w:cstheme="majorHAnsi"/>
          <w:sz w:val="24"/>
          <w:lang w:val="de-DE"/>
        </w:rPr>
        <w:br/>
        <w:t>[Wurden Ziele erreicht?]</w:t>
      </w:r>
    </w:p>
    <w:p w:rsidR="00A315B9" w:rsidRPr="00CB2C99" w:rsidRDefault="006544E0">
      <w:pPr>
        <w:rPr>
          <w:rFonts w:asciiTheme="majorHAnsi" w:hAnsiTheme="majorHAnsi" w:cstheme="majorHAnsi"/>
          <w:sz w:val="24"/>
          <w:lang w:val="de-DE"/>
        </w:rPr>
      </w:pPr>
      <w:bookmarkStart w:id="16" w:name="_Toc195625342"/>
      <w:r w:rsidRPr="00CB2C99">
        <w:rPr>
          <w:rStyle w:val="berschrift2Zchn"/>
          <w:lang w:val="de-DE"/>
        </w:rPr>
        <w:t>4.2 Learnings</w:t>
      </w:r>
      <w:bookmarkEnd w:id="16"/>
      <w:r w:rsidRPr="00CB2C99">
        <w:rPr>
          <w:rFonts w:asciiTheme="majorHAnsi" w:hAnsiTheme="majorHAnsi" w:cstheme="majorHAnsi"/>
          <w:sz w:val="24"/>
          <w:lang w:val="de-DE"/>
        </w:rPr>
        <w:br/>
        <w:t>[Was wurde gelernt?]</w:t>
      </w:r>
    </w:p>
    <w:p w:rsidR="00A315B9" w:rsidRPr="00CB2C99" w:rsidRDefault="006544E0">
      <w:pPr>
        <w:rPr>
          <w:rFonts w:asciiTheme="majorHAnsi" w:hAnsiTheme="majorHAnsi" w:cstheme="majorHAnsi"/>
          <w:sz w:val="24"/>
          <w:lang w:val="de-DE"/>
        </w:rPr>
      </w:pPr>
      <w:bookmarkStart w:id="17" w:name="_Toc195625343"/>
      <w:r w:rsidRPr="00CB2C99">
        <w:rPr>
          <w:rStyle w:val="berschrift2Zchn"/>
          <w:lang w:val="de-DE"/>
        </w:rPr>
        <w:t>4.3 To-Dos nach Projektende</w:t>
      </w:r>
      <w:bookmarkEnd w:id="17"/>
      <w:r w:rsidRPr="00CB2C99">
        <w:rPr>
          <w:rFonts w:asciiTheme="majorHAnsi" w:hAnsiTheme="majorHAnsi" w:cstheme="majorHAnsi"/>
          <w:sz w:val="24"/>
          <w:lang w:val="de-DE"/>
        </w:rPr>
        <w:br/>
        <w:t>[Wartung, Übergabe, Feedback]</w:t>
      </w:r>
    </w:p>
    <w:p w:rsidR="00A315B9" w:rsidRPr="00CB2C99" w:rsidRDefault="006544E0">
      <w:pPr>
        <w:rPr>
          <w:rFonts w:asciiTheme="majorHAnsi" w:hAnsiTheme="majorHAnsi" w:cstheme="majorHAnsi"/>
          <w:sz w:val="24"/>
          <w:lang w:val="de-DE"/>
        </w:rPr>
      </w:pPr>
      <w:bookmarkStart w:id="18" w:name="_Toc195625344"/>
      <w:r w:rsidRPr="00CB2C99">
        <w:rPr>
          <w:rStyle w:val="berschrift2Zchn"/>
          <w:lang w:val="de-DE"/>
        </w:rPr>
        <w:t>4.4 Verbesserungsvorschläge</w:t>
      </w:r>
      <w:bookmarkEnd w:id="18"/>
      <w:r w:rsidRPr="00CB2C99">
        <w:rPr>
          <w:rFonts w:asciiTheme="majorHAnsi" w:hAnsiTheme="majorHAnsi" w:cstheme="majorHAnsi"/>
          <w:sz w:val="24"/>
          <w:lang w:val="de-DE"/>
        </w:rPr>
        <w:br/>
        <w:t>[Optimierungsmöglichkeiten]</w:t>
      </w:r>
    </w:p>
    <w:p w:rsidR="00A315B9" w:rsidRPr="00CB2C99" w:rsidRDefault="006544E0">
      <w:pPr>
        <w:rPr>
          <w:rFonts w:asciiTheme="majorHAnsi" w:hAnsiTheme="majorHAnsi" w:cstheme="majorHAnsi"/>
          <w:sz w:val="24"/>
          <w:lang w:val="de-DE"/>
        </w:rPr>
      </w:pPr>
      <w:r w:rsidRPr="00CB2C99">
        <w:rPr>
          <w:rFonts w:asciiTheme="majorHAnsi" w:hAnsiTheme="majorHAnsi" w:cstheme="majorHAnsi"/>
          <w:sz w:val="24"/>
          <w:lang w:val="de-DE"/>
        </w:rPr>
        <w:br w:type="page"/>
      </w:r>
    </w:p>
    <w:p w:rsidR="0014734B" w:rsidRPr="00CB2C99" w:rsidRDefault="0014734B" w:rsidP="0014734B">
      <w:pPr>
        <w:pStyle w:val="berschrift1"/>
        <w:rPr>
          <w:lang w:val="de-DE"/>
        </w:rPr>
      </w:pPr>
      <w:bookmarkStart w:id="19" w:name="_Toc195625345"/>
      <w:r w:rsidRPr="00CB2C99">
        <w:rPr>
          <w:lang w:val="de-DE"/>
        </w:rPr>
        <w:t>5 Tabellen</w:t>
      </w:r>
      <w:bookmarkEnd w:id="19"/>
    </w:p>
    <w:tbl>
      <w:tblPr>
        <w:tblStyle w:val="Gitternetztabelle3Akzent5"/>
        <w:tblW w:w="9322" w:type="dxa"/>
        <w:tblLayout w:type="fixed"/>
        <w:tblLook w:val="04A0" w:firstRow="1" w:lastRow="0" w:firstColumn="1" w:lastColumn="0" w:noHBand="0" w:noVBand="1"/>
      </w:tblPr>
      <w:tblGrid>
        <w:gridCol w:w="2376"/>
        <w:gridCol w:w="1701"/>
        <w:gridCol w:w="1457"/>
        <w:gridCol w:w="1945"/>
        <w:gridCol w:w="1843"/>
      </w:tblGrid>
      <w:tr w:rsidR="00BB266B" w:rsidRPr="00CB2C99" w:rsidTr="00BB26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376" w:type="dxa"/>
          </w:tcPr>
          <w:p w:rsidR="00D10593" w:rsidRPr="00435EEC" w:rsidRDefault="00D10593" w:rsidP="0014734B">
            <w:pPr>
              <w:rPr>
                <w:rFonts w:asciiTheme="majorHAnsi" w:hAnsiTheme="majorHAnsi" w:cstheme="majorHAnsi"/>
                <w:lang w:val="de-DE"/>
              </w:rPr>
            </w:pPr>
            <w:r w:rsidRPr="00435EEC">
              <w:rPr>
                <w:rFonts w:asciiTheme="majorHAnsi" w:hAnsiTheme="majorHAnsi" w:cstheme="majorHAnsi"/>
                <w:lang w:val="de-DE"/>
              </w:rPr>
              <w:t>Meilenstein</w:t>
            </w:r>
          </w:p>
        </w:tc>
        <w:tc>
          <w:tcPr>
            <w:tcW w:w="1701" w:type="dxa"/>
          </w:tcPr>
          <w:p w:rsidR="00D10593" w:rsidRPr="00435EEC" w:rsidRDefault="00D10593" w:rsidP="0014734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lang w:val="de-DE"/>
              </w:rPr>
            </w:pPr>
            <w:r w:rsidRPr="00435EEC">
              <w:rPr>
                <w:rFonts w:asciiTheme="majorHAnsi" w:hAnsiTheme="majorHAnsi" w:cstheme="majorHAnsi"/>
                <w:lang w:val="de-DE"/>
              </w:rPr>
              <w:t>Startdatum</w:t>
            </w:r>
          </w:p>
        </w:tc>
        <w:tc>
          <w:tcPr>
            <w:tcW w:w="1457" w:type="dxa"/>
          </w:tcPr>
          <w:p w:rsidR="00D10593" w:rsidRPr="00435EEC" w:rsidRDefault="00D10593" w:rsidP="0014734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lang w:val="de-DE"/>
              </w:rPr>
            </w:pPr>
            <w:r w:rsidRPr="00435EEC">
              <w:rPr>
                <w:rFonts w:asciiTheme="majorHAnsi" w:hAnsiTheme="majorHAnsi" w:cstheme="majorHAnsi"/>
                <w:lang w:val="de-DE"/>
              </w:rPr>
              <w:t>Enddatum</w:t>
            </w:r>
          </w:p>
        </w:tc>
        <w:tc>
          <w:tcPr>
            <w:tcW w:w="1945" w:type="dxa"/>
          </w:tcPr>
          <w:p w:rsidR="00D10593" w:rsidRPr="00435EEC" w:rsidRDefault="00D10593" w:rsidP="0014734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lang w:val="de-DE"/>
              </w:rPr>
            </w:pPr>
            <w:r w:rsidRPr="00435EEC">
              <w:rPr>
                <w:rFonts w:asciiTheme="majorHAnsi" w:hAnsiTheme="majorHAnsi" w:cstheme="majorHAnsi"/>
                <w:lang w:val="de-DE"/>
              </w:rPr>
              <w:t>Verantwortlich</w:t>
            </w:r>
          </w:p>
        </w:tc>
        <w:tc>
          <w:tcPr>
            <w:tcW w:w="1843" w:type="dxa"/>
          </w:tcPr>
          <w:p w:rsidR="00D10593" w:rsidRPr="00435EEC" w:rsidRDefault="00D10593" w:rsidP="0014734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lang w:val="de-DE"/>
              </w:rPr>
            </w:pPr>
            <w:r w:rsidRPr="00435EEC">
              <w:rPr>
                <w:rFonts w:asciiTheme="majorHAnsi" w:hAnsiTheme="majorHAnsi" w:cstheme="majorHAnsi"/>
                <w:lang w:val="de-DE"/>
              </w:rPr>
              <w:t>Status</w:t>
            </w:r>
          </w:p>
        </w:tc>
      </w:tr>
      <w:tr w:rsidR="00BB266B" w:rsidRPr="00CB2C99" w:rsidTr="00BB2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:rsidR="00D10593" w:rsidRPr="00CB2C99" w:rsidRDefault="00D10593" w:rsidP="0014734B">
            <w:pPr>
              <w:rPr>
                <w:rFonts w:asciiTheme="majorHAnsi" w:hAnsiTheme="majorHAnsi" w:cstheme="majorHAnsi"/>
                <w:lang w:val="de-DE"/>
              </w:rPr>
            </w:pPr>
            <w:r w:rsidRPr="00CB2C99">
              <w:rPr>
                <w:rFonts w:asciiTheme="majorHAnsi" w:hAnsiTheme="majorHAnsi" w:cstheme="majorHAnsi"/>
                <w:lang w:val="de-DE"/>
              </w:rPr>
              <w:t>Projektstart</w:t>
            </w:r>
          </w:p>
        </w:tc>
        <w:tc>
          <w:tcPr>
            <w:tcW w:w="1701" w:type="dxa"/>
          </w:tcPr>
          <w:p w:rsidR="00D10593" w:rsidRPr="00CB2C99" w:rsidRDefault="004F1D64" w:rsidP="00D105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lang w:val="de-DE"/>
              </w:rPr>
            </w:pPr>
            <w:r>
              <w:rPr>
                <w:rFonts w:asciiTheme="majorHAnsi" w:hAnsiTheme="majorHAnsi" w:cstheme="majorHAnsi"/>
                <w:lang w:val="de-DE"/>
              </w:rPr>
              <w:t>04.05.2026</w:t>
            </w:r>
          </w:p>
        </w:tc>
        <w:tc>
          <w:tcPr>
            <w:tcW w:w="1457" w:type="dxa"/>
          </w:tcPr>
          <w:p w:rsidR="00D10593" w:rsidRPr="00CB2C99" w:rsidRDefault="004F1D64" w:rsidP="001473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lang w:val="de-DE"/>
              </w:rPr>
            </w:pPr>
            <w:r>
              <w:rPr>
                <w:rFonts w:asciiTheme="majorHAnsi" w:hAnsiTheme="majorHAnsi" w:cstheme="majorHAnsi"/>
                <w:lang w:val="de-DE"/>
              </w:rPr>
              <w:t>06.05.2026</w:t>
            </w:r>
          </w:p>
        </w:tc>
        <w:tc>
          <w:tcPr>
            <w:tcW w:w="1945" w:type="dxa"/>
          </w:tcPr>
          <w:p w:rsidR="00D10593" w:rsidRPr="00CB2C99" w:rsidRDefault="00D10593" w:rsidP="001473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lang w:val="de-DE"/>
              </w:rPr>
            </w:pPr>
            <w:r w:rsidRPr="00CB2C99">
              <w:rPr>
                <w:rFonts w:asciiTheme="majorHAnsi" w:hAnsiTheme="majorHAnsi" w:cstheme="majorHAnsi"/>
                <w:lang w:val="de-DE"/>
              </w:rPr>
              <w:t>Max Mustermann</w:t>
            </w:r>
          </w:p>
        </w:tc>
        <w:tc>
          <w:tcPr>
            <w:tcW w:w="1843" w:type="dxa"/>
          </w:tcPr>
          <w:p w:rsidR="00D10593" w:rsidRPr="00CB2C99" w:rsidRDefault="00D10593" w:rsidP="001473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lang w:val="de-DE"/>
              </w:rPr>
            </w:pPr>
            <w:r w:rsidRPr="00CB2C99">
              <w:rPr>
                <w:rFonts w:asciiTheme="majorHAnsi" w:hAnsiTheme="majorHAnsi" w:cstheme="majorHAnsi"/>
                <w:lang w:val="de-DE"/>
              </w:rPr>
              <w:t>Abgeschlossen</w:t>
            </w:r>
          </w:p>
        </w:tc>
      </w:tr>
      <w:tr w:rsidR="00D10593" w:rsidRPr="00CB2C99" w:rsidTr="00BB26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:rsidR="00D10593" w:rsidRPr="00CB2C99" w:rsidRDefault="00D10593" w:rsidP="0014734B">
            <w:pPr>
              <w:rPr>
                <w:rFonts w:asciiTheme="majorHAnsi" w:hAnsiTheme="majorHAnsi" w:cstheme="majorHAnsi"/>
                <w:lang w:val="de-DE"/>
              </w:rPr>
            </w:pPr>
            <w:r w:rsidRPr="00CB2C99">
              <w:rPr>
                <w:rFonts w:asciiTheme="majorHAnsi" w:hAnsiTheme="majorHAnsi" w:cstheme="majorHAnsi"/>
                <w:lang w:val="de-DE"/>
              </w:rPr>
              <w:t>Anforderungsanalyse</w:t>
            </w:r>
          </w:p>
        </w:tc>
        <w:tc>
          <w:tcPr>
            <w:tcW w:w="1701" w:type="dxa"/>
          </w:tcPr>
          <w:p w:rsidR="00D10593" w:rsidRPr="00CB2C99" w:rsidRDefault="004F1D64" w:rsidP="001473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lang w:val="de-DE"/>
              </w:rPr>
            </w:pPr>
            <w:r>
              <w:rPr>
                <w:rFonts w:asciiTheme="majorHAnsi" w:hAnsiTheme="majorHAnsi" w:cstheme="majorHAnsi"/>
                <w:lang w:val="de-DE"/>
              </w:rPr>
              <w:t>07.05.2026</w:t>
            </w:r>
          </w:p>
        </w:tc>
        <w:tc>
          <w:tcPr>
            <w:tcW w:w="1457" w:type="dxa"/>
          </w:tcPr>
          <w:p w:rsidR="00D10593" w:rsidRPr="00CB2C99" w:rsidRDefault="004F1D64" w:rsidP="001473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lang w:val="de-DE"/>
              </w:rPr>
            </w:pPr>
            <w:r>
              <w:rPr>
                <w:rFonts w:asciiTheme="majorHAnsi" w:hAnsiTheme="majorHAnsi" w:cstheme="majorHAnsi"/>
                <w:lang w:val="de-DE"/>
              </w:rPr>
              <w:t>11.05.2026</w:t>
            </w:r>
          </w:p>
        </w:tc>
        <w:tc>
          <w:tcPr>
            <w:tcW w:w="1945" w:type="dxa"/>
          </w:tcPr>
          <w:p w:rsidR="00D10593" w:rsidRPr="00CB2C99" w:rsidRDefault="00D10593" w:rsidP="001473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lang w:val="de-DE"/>
              </w:rPr>
            </w:pPr>
            <w:r w:rsidRPr="00CB2C99">
              <w:rPr>
                <w:rFonts w:asciiTheme="majorHAnsi" w:hAnsiTheme="majorHAnsi" w:cstheme="majorHAnsi"/>
                <w:lang w:val="de-DE"/>
              </w:rPr>
              <w:t>Lisa Beispiel</w:t>
            </w:r>
          </w:p>
        </w:tc>
        <w:tc>
          <w:tcPr>
            <w:tcW w:w="1843" w:type="dxa"/>
          </w:tcPr>
          <w:p w:rsidR="00D10593" w:rsidRPr="00CB2C99" w:rsidRDefault="00D10593" w:rsidP="001473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lang w:val="de-DE"/>
              </w:rPr>
            </w:pPr>
            <w:r w:rsidRPr="00CB2C99">
              <w:rPr>
                <w:rFonts w:asciiTheme="majorHAnsi" w:hAnsiTheme="majorHAnsi" w:cstheme="majorHAnsi"/>
                <w:lang w:val="de-DE"/>
              </w:rPr>
              <w:t>In Bearbeitung</w:t>
            </w:r>
          </w:p>
        </w:tc>
      </w:tr>
      <w:tr w:rsidR="00BB266B" w:rsidRPr="00CB2C99" w:rsidTr="00BB2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:rsidR="00D10593" w:rsidRPr="00CB2C99" w:rsidRDefault="00D10593" w:rsidP="0014734B">
            <w:pPr>
              <w:rPr>
                <w:rFonts w:asciiTheme="majorHAnsi" w:hAnsiTheme="majorHAnsi" w:cstheme="majorHAnsi"/>
                <w:lang w:val="de-DE"/>
              </w:rPr>
            </w:pPr>
            <w:r w:rsidRPr="00CB2C99">
              <w:rPr>
                <w:rFonts w:asciiTheme="majorHAnsi" w:hAnsiTheme="majorHAnsi" w:cstheme="majorHAnsi"/>
                <w:lang w:val="de-DE"/>
              </w:rPr>
              <w:t>Umsetzung Phase 1</w:t>
            </w:r>
          </w:p>
        </w:tc>
        <w:tc>
          <w:tcPr>
            <w:tcW w:w="1701" w:type="dxa"/>
          </w:tcPr>
          <w:p w:rsidR="00D10593" w:rsidRPr="00CB2C99" w:rsidRDefault="004F1D64" w:rsidP="001473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lang w:val="de-DE"/>
              </w:rPr>
            </w:pPr>
            <w:r>
              <w:rPr>
                <w:rFonts w:asciiTheme="majorHAnsi" w:hAnsiTheme="majorHAnsi" w:cstheme="majorHAnsi"/>
                <w:lang w:val="de-DE"/>
              </w:rPr>
              <w:t>12.05.2026</w:t>
            </w:r>
          </w:p>
        </w:tc>
        <w:tc>
          <w:tcPr>
            <w:tcW w:w="1457" w:type="dxa"/>
          </w:tcPr>
          <w:p w:rsidR="00D10593" w:rsidRPr="00CB2C99" w:rsidRDefault="004F1D64" w:rsidP="001473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lang w:val="de-DE"/>
              </w:rPr>
            </w:pPr>
            <w:r>
              <w:rPr>
                <w:rFonts w:asciiTheme="majorHAnsi" w:hAnsiTheme="majorHAnsi" w:cstheme="majorHAnsi"/>
                <w:lang w:val="de-DE"/>
              </w:rPr>
              <w:t>15.05.2026</w:t>
            </w:r>
          </w:p>
        </w:tc>
        <w:tc>
          <w:tcPr>
            <w:tcW w:w="1945" w:type="dxa"/>
          </w:tcPr>
          <w:p w:rsidR="00D10593" w:rsidRPr="00CB2C99" w:rsidRDefault="00D10593" w:rsidP="001473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lang w:val="de-DE"/>
              </w:rPr>
            </w:pPr>
            <w:r w:rsidRPr="00CB2C99">
              <w:rPr>
                <w:rFonts w:asciiTheme="majorHAnsi" w:hAnsiTheme="majorHAnsi" w:cstheme="majorHAnsi"/>
                <w:lang w:val="de-DE"/>
              </w:rPr>
              <w:t>Team Dev</w:t>
            </w:r>
          </w:p>
        </w:tc>
        <w:tc>
          <w:tcPr>
            <w:tcW w:w="1843" w:type="dxa"/>
          </w:tcPr>
          <w:p w:rsidR="00D10593" w:rsidRPr="00CB2C99" w:rsidRDefault="00D10593" w:rsidP="001473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lang w:val="de-DE"/>
              </w:rPr>
            </w:pPr>
            <w:r w:rsidRPr="00CB2C99">
              <w:rPr>
                <w:rFonts w:asciiTheme="majorHAnsi" w:hAnsiTheme="majorHAnsi" w:cstheme="majorHAnsi"/>
                <w:lang w:val="de-DE"/>
              </w:rPr>
              <w:t>Geplant</w:t>
            </w:r>
          </w:p>
        </w:tc>
      </w:tr>
      <w:tr w:rsidR="00D10593" w:rsidRPr="00CB2C99" w:rsidTr="00BB26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:rsidR="00D10593" w:rsidRPr="00CB2C99" w:rsidRDefault="00D10593" w:rsidP="0014734B">
            <w:pPr>
              <w:rPr>
                <w:rFonts w:asciiTheme="majorHAnsi" w:hAnsiTheme="majorHAnsi" w:cstheme="majorHAnsi"/>
                <w:lang w:val="de-DE"/>
              </w:rPr>
            </w:pPr>
            <w:r w:rsidRPr="00CB2C99">
              <w:rPr>
                <w:rFonts w:asciiTheme="majorHAnsi" w:hAnsiTheme="majorHAnsi" w:cstheme="majorHAnsi"/>
                <w:lang w:val="de-DE"/>
              </w:rPr>
              <w:t>Testing &amp; Feedback</w:t>
            </w:r>
          </w:p>
        </w:tc>
        <w:tc>
          <w:tcPr>
            <w:tcW w:w="1701" w:type="dxa"/>
          </w:tcPr>
          <w:p w:rsidR="00D10593" w:rsidRPr="00CB2C99" w:rsidRDefault="004F1D64" w:rsidP="001473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lang w:val="de-DE"/>
              </w:rPr>
            </w:pPr>
            <w:r>
              <w:rPr>
                <w:rFonts w:asciiTheme="majorHAnsi" w:hAnsiTheme="majorHAnsi" w:cstheme="majorHAnsi"/>
                <w:lang w:val="de-DE"/>
              </w:rPr>
              <w:t>18.05.2026</w:t>
            </w:r>
          </w:p>
        </w:tc>
        <w:tc>
          <w:tcPr>
            <w:tcW w:w="1457" w:type="dxa"/>
          </w:tcPr>
          <w:p w:rsidR="00D10593" w:rsidRPr="00CB2C99" w:rsidRDefault="004F1D64" w:rsidP="001473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lang w:val="de-DE"/>
              </w:rPr>
            </w:pPr>
            <w:r>
              <w:rPr>
                <w:rFonts w:asciiTheme="majorHAnsi" w:hAnsiTheme="majorHAnsi" w:cstheme="majorHAnsi"/>
                <w:lang w:val="de-DE"/>
              </w:rPr>
              <w:t>21.05.2026</w:t>
            </w:r>
          </w:p>
        </w:tc>
        <w:tc>
          <w:tcPr>
            <w:tcW w:w="1945" w:type="dxa"/>
          </w:tcPr>
          <w:p w:rsidR="00D10593" w:rsidRPr="00CB2C99" w:rsidRDefault="00D10593" w:rsidP="001473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lang w:val="de-DE"/>
              </w:rPr>
            </w:pPr>
            <w:r w:rsidRPr="00CB2C99">
              <w:rPr>
                <w:rFonts w:asciiTheme="majorHAnsi" w:hAnsiTheme="majorHAnsi" w:cstheme="majorHAnsi"/>
                <w:lang w:val="de-DE"/>
              </w:rPr>
              <w:t>QA Team</w:t>
            </w:r>
          </w:p>
        </w:tc>
        <w:tc>
          <w:tcPr>
            <w:tcW w:w="1843" w:type="dxa"/>
          </w:tcPr>
          <w:p w:rsidR="00D10593" w:rsidRPr="00CB2C99" w:rsidRDefault="00D10593" w:rsidP="001473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lang w:val="de-DE"/>
              </w:rPr>
            </w:pPr>
            <w:r w:rsidRPr="00CB2C99">
              <w:rPr>
                <w:rFonts w:asciiTheme="majorHAnsi" w:hAnsiTheme="majorHAnsi" w:cstheme="majorHAnsi"/>
                <w:lang w:val="de-DE"/>
              </w:rPr>
              <w:t>Geplant</w:t>
            </w:r>
          </w:p>
        </w:tc>
      </w:tr>
      <w:tr w:rsidR="00BB266B" w:rsidRPr="00CB2C99" w:rsidTr="00BB2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:rsidR="00D10593" w:rsidRPr="00CB2C99" w:rsidRDefault="00D10593" w:rsidP="0014734B">
            <w:pPr>
              <w:rPr>
                <w:rFonts w:asciiTheme="majorHAnsi" w:hAnsiTheme="majorHAnsi" w:cstheme="majorHAnsi"/>
                <w:lang w:val="de-DE"/>
              </w:rPr>
            </w:pPr>
            <w:r w:rsidRPr="00CB2C99">
              <w:rPr>
                <w:rFonts w:asciiTheme="majorHAnsi" w:hAnsiTheme="majorHAnsi" w:cstheme="majorHAnsi"/>
                <w:lang w:val="de-DE"/>
              </w:rPr>
              <w:t>Abschluss</w:t>
            </w:r>
          </w:p>
        </w:tc>
        <w:tc>
          <w:tcPr>
            <w:tcW w:w="1701" w:type="dxa"/>
          </w:tcPr>
          <w:p w:rsidR="00D10593" w:rsidRPr="00CB2C99" w:rsidRDefault="004F1D64" w:rsidP="001473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lang w:val="de-DE"/>
              </w:rPr>
            </w:pPr>
            <w:r>
              <w:rPr>
                <w:rFonts w:asciiTheme="majorHAnsi" w:hAnsiTheme="majorHAnsi" w:cstheme="majorHAnsi"/>
                <w:lang w:val="de-DE"/>
              </w:rPr>
              <w:t>22.05.2026</w:t>
            </w:r>
          </w:p>
        </w:tc>
        <w:tc>
          <w:tcPr>
            <w:tcW w:w="1457" w:type="dxa"/>
          </w:tcPr>
          <w:p w:rsidR="00D10593" w:rsidRPr="00CB2C99" w:rsidRDefault="004F1D64" w:rsidP="001473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lang w:val="de-DE"/>
              </w:rPr>
            </w:pPr>
            <w:r>
              <w:rPr>
                <w:rFonts w:asciiTheme="majorHAnsi" w:hAnsiTheme="majorHAnsi" w:cstheme="majorHAnsi"/>
                <w:lang w:val="de-DE"/>
              </w:rPr>
              <w:t>26</w:t>
            </w:r>
            <w:bookmarkStart w:id="20" w:name="_GoBack"/>
            <w:bookmarkEnd w:id="20"/>
            <w:r>
              <w:rPr>
                <w:rFonts w:asciiTheme="majorHAnsi" w:hAnsiTheme="majorHAnsi" w:cstheme="majorHAnsi"/>
                <w:lang w:val="de-DE"/>
              </w:rPr>
              <w:t>.05.2026</w:t>
            </w:r>
          </w:p>
        </w:tc>
        <w:tc>
          <w:tcPr>
            <w:tcW w:w="1945" w:type="dxa"/>
          </w:tcPr>
          <w:p w:rsidR="00D10593" w:rsidRPr="00CB2C99" w:rsidRDefault="00D10593" w:rsidP="001473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lang w:val="de-DE"/>
              </w:rPr>
            </w:pPr>
            <w:r w:rsidRPr="00CB2C99">
              <w:rPr>
                <w:rFonts w:asciiTheme="majorHAnsi" w:hAnsiTheme="majorHAnsi" w:cstheme="majorHAnsi"/>
                <w:lang w:val="de-DE"/>
              </w:rPr>
              <w:t>Max Mustermann</w:t>
            </w:r>
          </w:p>
        </w:tc>
        <w:tc>
          <w:tcPr>
            <w:tcW w:w="1843" w:type="dxa"/>
          </w:tcPr>
          <w:p w:rsidR="00D10593" w:rsidRPr="00CB2C99" w:rsidRDefault="00D10593" w:rsidP="00B44060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lang w:val="de-DE"/>
              </w:rPr>
            </w:pPr>
            <w:r w:rsidRPr="00CB2C99">
              <w:rPr>
                <w:rFonts w:asciiTheme="majorHAnsi" w:hAnsiTheme="majorHAnsi" w:cstheme="majorHAnsi"/>
                <w:lang w:val="de-DE"/>
              </w:rPr>
              <w:t>Geplant</w:t>
            </w:r>
          </w:p>
        </w:tc>
      </w:tr>
    </w:tbl>
    <w:p w:rsidR="00B44060" w:rsidRPr="00B44060" w:rsidRDefault="00B44060">
      <w:pPr>
        <w:pStyle w:val="Beschriftung"/>
        <w:rPr>
          <w:noProof/>
          <w:sz w:val="20"/>
          <w:lang w:val="de-DE"/>
        </w:rPr>
      </w:pPr>
      <w:bookmarkStart w:id="21" w:name="_Toc195628636"/>
      <w:r w:rsidRPr="00B44060">
        <w:rPr>
          <w:noProof/>
          <w:sz w:val="20"/>
          <w:lang w:val="de-DE"/>
        </w:rPr>
        <w:t xml:space="preserve">Tabelle </w:t>
      </w:r>
      <w:r w:rsidRPr="00B44060">
        <w:rPr>
          <w:noProof/>
          <w:sz w:val="20"/>
          <w:lang w:val="de-DE"/>
        </w:rPr>
        <w:fldChar w:fldCharType="begin"/>
      </w:r>
      <w:r w:rsidRPr="00B44060">
        <w:rPr>
          <w:noProof/>
          <w:sz w:val="20"/>
          <w:lang w:val="de-DE"/>
        </w:rPr>
        <w:instrText xml:space="preserve"> SEQ Tabelle \* ARABIC </w:instrText>
      </w:r>
      <w:r w:rsidRPr="00B44060">
        <w:rPr>
          <w:noProof/>
          <w:sz w:val="20"/>
          <w:lang w:val="de-DE"/>
        </w:rPr>
        <w:fldChar w:fldCharType="separate"/>
      </w:r>
      <w:r w:rsidRPr="00B44060">
        <w:rPr>
          <w:noProof/>
          <w:sz w:val="20"/>
          <w:lang w:val="de-DE"/>
        </w:rPr>
        <w:t>1</w:t>
      </w:r>
      <w:r w:rsidRPr="00B44060">
        <w:rPr>
          <w:noProof/>
          <w:sz w:val="20"/>
          <w:lang w:val="de-DE"/>
        </w:rPr>
        <w:fldChar w:fldCharType="end"/>
      </w:r>
      <w:r w:rsidRPr="00B44060">
        <w:rPr>
          <w:noProof/>
          <w:sz w:val="20"/>
          <w:lang w:val="de-DE"/>
        </w:rPr>
        <w:t>: Projektzeitplan (Grobplanung)</w:t>
      </w:r>
      <w:bookmarkEnd w:id="21"/>
    </w:p>
    <w:p w:rsidR="00435EEC" w:rsidRPr="00B44060" w:rsidRDefault="00435EEC" w:rsidP="00435EEC">
      <w:pPr>
        <w:rPr>
          <w:noProof/>
          <w:lang w:val="de-DE"/>
        </w:rPr>
      </w:pPr>
    </w:p>
    <w:tbl>
      <w:tblPr>
        <w:tblStyle w:val="Gitternetztabelle3Akzent5"/>
        <w:tblW w:w="9322" w:type="dxa"/>
        <w:tblLayout w:type="fixed"/>
        <w:tblLook w:val="04A0" w:firstRow="1" w:lastRow="0" w:firstColumn="1" w:lastColumn="0" w:noHBand="0" w:noVBand="1"/>
      </w:tblPr>
      <w:tblGrid>
        <w:gridCol w:w="2376"/>
        <w:gridCol w:w="1701"/>
        <w:gridCol w:w="1985"/>
        <w:gridCol w:w="3260"/>
      </w:tblGrid>
      <w:tr w:rsidR="00435EEC" w:rsidRPr="00B44060" w:rsidTr="00B440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376" w:type="dxa"/>
          </w:tcPr>
          <w:p w:rsidR="00435EEC" w:rsidRPr="00B44060" w:rsidRDefault="00435EEC" w:rsidP="00435EEC">
            <w:pPr>
              <w:rPr>
                <w:rFonts w:asciiTheme="majorHAnsi" w:hAnsiTheme="majorHAnsi" w:cstheme="majorHAnsi"/>
                <w:noProof/>
                <w:lang w:val="de-DE"/>
              </w:rPr>
            </w:pPr>
            <w:r w:rsidRPr="00B44060">
              <w:rPr>
                <w:rFonts w:asciiTheme="majorHAnsi" w:hAnsiTheme="majorHAnsi" w:cstheme="majorHAnsi"/>
                <w:noProof/>
                <w:lang w:val="de-DE"/>
              </w:rPr>
              <w:t>Ressource</w:t>
            </w:r>
          </w:p>
        </w:tc>
        <w:tc>
          <w:tcPr>
            <w:tcW w:w="1701" w:type="dxa"/>
          </w:tcPr>
          <w:p w:rsidR="00435EEC" w:rsidRPr="00B44060" w:rsidRDefault="00435EEC" w:rsidP="009E78D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noProof/>
                <w:lang w:val="de-DE"/>
              </w:rPr>
            </w:pPr>
            <w:r w:rsidRPr="00B44060">
              <w:rPr>
                <w:rFonts w:asciiTheme="majorHAnsi" w:hAnsiTheme="majorHAnsi" w:cstheme="majorHAnsi"/>
                <w:noProof/>
                <w:lang w:val="de-DE"/>
              </w:rPr>
              <w:t>Art</w:t>
            </w:r>
          </w:p>
        </w:tc>
        <w:tc>
          <w:tcPr>
            <w:tcW w:w="1985" w:type="dxa"/>
          </w:tcPr>
          <w:p w:rsidR="00435EEC" w:rsidRPr="00B44060" w:rsidRDefault="00435EEC" w:rsidP="009E78D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noProof/>
                <w:lang w:val="de-DE"/>
              </w:rPr>
            </w:pPr>
            <w:r w:rsidRPr="00B44060">
              <w:rPr>
                <w:rFonts w:asciiTheme="majorHAnsi" w:hAnsiTheme="majorHAnsi" w:cstheme="majorHAnsi"/>
                <w:noProof/>
                <w:lang w:val="de-DE"/>
              </w:rPr>
              <w:t>Verfügbarkeit</w:t>
            </w:r>
          </w:p>
        </w:tc>
        <w:tc>
          <w:tcPr>
            <w:tcW w:w="3260" w:type="dxa"/>
          </w:tcPr>
          <w:p w:rsidR="00435EEC" w:rsidRPr="00B44060" w:rsidRDefault="00435EEC" w:rsidP="009E78D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noProof/>
                <w:lang w:val="de-DE"/>
              </w:rPr>
            </w:pPr>
            <w:r w:rsidRPr="00B44060">
              <w:rPr>
                <w:rFonts w:asciiTheme="majorHAnsi" w:hAnsiTheme="majorHAnsi" w:cstheme="majorHAnsi"/>
                <w:noProof/>
                <w:lang w:val="de-DE"/>
              </w:rPr>
              <w:t>Bemerkung</w:t>
            </w:r>
          </w:p>
        </w:tc>
      </w:tr>
      <w:tr w:rsidR="00435EEC" w:rsidRPr="00B44060" w:rsidTr="00B440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:rsidR="00435EEC" w:rsidRPr="00B44060" w:rsidRDefault="00435EEC" w:rsidP="009E78D3">
            <w:pPr>
              <w:rPr>
                <w:rFonts w:asciiTheme="majorHAnsi" w:hAnsiTheme="majorHAnsi" w:cstheme="majorHAnsi"/>
                <w:noProof/>
                <w:lang w:val="de-DE"/>
              </w:rPr>
            </w:pPr>
            <w:r w:rsidRPr="00B44060">
              <w:rPr>
                <w:rFonts w:asciiTheme="majorHAnsi" w:hAnsiTheme="majorHAnsi" w:cstheme="majorHAnsi"/>
                <w:noProof/>
                <w:lang w:val="de-DE"/>
              </w:rPr>
              <w:t>Entwicklerteam</w:t>
            </w:r>
          </w:p>
        </w:tc>
        <w:tc>
          <w:tcPr>
            <w:tcW w:w="1701" w:type="dxa"/>
          </w:tcPr>
          <w:p w:rsidR="00435EEC" w:rsidRPr="00B44060" w:rsidRDefault="00435EEC" w:rsidP="009E78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noProof/>
                <w:lang w:val="de-DE"/>
              </w:rPr>
            </w:pPr>
            <w:r w:rsidRPr="00B44060">
              <w:rPr>
                <w:rFonts w:asciiTheme="majorHAnsi" w:hAnsiTheme="majorHAnsi" w:cstheme="majorHAnsi"/>
                <w:noProof/>
                <w:lang w:val="de-DE"/>
              </w:rPr>
              <w:t>Personal</w:t>
            </w:r>
          </w:p>
        </w:tc>
        <w:tc>
          <w:tcPr>
            <w:tcW w:w="1985" w:type="dxa"/>
          </w:tcPr>
          <w:p w:rsidR="00435EEC" w:rsidRPr="00B44060" w:rsidRDefault="00435EEC" w:rsidP="009E78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noProof/>
                <w:lang w:val="de-DE"/>
              </w:rPr>
            </w:pPr>
            <w:r w:rsidRPr="00B44060">
              <w:rPr>
                <w:rFonts w:asciiTheme="majorHAnsi" w:hAnsiTheme="majorHAnsi" w:cstheme="majorHAnsi"/>
                <w:noProof/>
                <w:lang w:val="de-DE"/>
              </w:rPr>
              <w:t>3 Personen</w:t>
            </w:r>
          </w:p>
        </w:tc>
        <w:tc>
          <w:tcPr>
            <w:tcW w:w="3260" w:type="dxa"/>
          </w:tcPr>
          <w:p w:rsidR="00435EEC" w:rsidRPr="00B44060" w:rsidRDefault="00435EEC" w:rsidP="009E78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noProof/>
                <w:lang w:val="de-DE"/>
              </w:rPr>
            </w:pPr>
            <w:r w:rsidRPr="00B44060">
              <w:rPr>
                <w:rFonts w:asciiTheme="majorHAnsi" w:hAnsiTheme="majorHAnsi" w:cstheme="majorHAnsi"/>
                <w:noProof/>
                <w:lang w:val="de-DE"/>
              </w:rPr>
              <w:t>Fullstack</w:t>
            </w:r>
          </w:p>
        </w:tc>
      </w:tr>
      <w:tr w:rsidR="00435EEC" w:rsidRPr="00B44060" w:rsidTr="00B440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:rsidR="00435EEC" w:rsidRPr="00B44060" w:rsidRDefault="00435EEC" w:rsidP="009E78D3">
            <w:pPr>
              <w:rPr>
                <w:rFonts w:asciiTheme="majorHAnsi" w:hAnsiTheme="majorHAnsi" w:cstheme="majorHAnsi"/>
                <w:noProof/>
                <w:lang w:val="de-DE"/>
              </w:rPr>
            </w:pPr>
            <w:r w:rsidRPr="00B44060">
              <w:rPr>
                <w:rFonts w:asciiTheme="majorHAnsi" w:hAnsiTheme="majorHAnsi" w:cstheme="majorHAnsi"/>
                <w:noProof/>
                <w:lang w:val="de-DE"/>
              </w:rPr>
              <w:t>Testsystem</w:t>
            </w:r>
          </w:p>
        </w:tc>
        <w:tc>
          <w:tcPr>
            <w:tcW w:w="1701" w:type="dxa"/>
          </w:tcPr>
          <w:p w:rsidR="00435EEC" w:rsidRPr="00B44060" w:rsidRDefault="00435EEC" w:rsidP="009E78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noProof/>
                <w:lang w:val="de-DE"/>
              </w:rPr>
            </w:pPr>
            <w:r w:rsidRPr="00B44060">
              <w:rPr>
                <w:rFonts w:asciiTheme="majorHAnsi" w:hAnsiTheme="majorHAnsi" w:cstheme="majorHAnsi"/>
                <w:noProof/>
                <w:lang w:val="de-DE"/>
              </w:rPr>
              <w:t>Technisch</w:t>
            </w:r>
          </w:p>
        </w:tc>
        <w:tc>
          <w:tcPr>
            <w:tcW w:w="1985" w:type="dxa"/>
          </w:tcPr>
          <w:p w:rsidR="00435EEC" w:rsidRPr="00B44060" w:rsidRDefault="00435EEC" w:rsidP="009E78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noProof/>
                <w:lang w:val="de-DE"/>
              </w:rPr>
            </w:pPr>
            <w:r w:rsidRPr="00B44060">
              <w:rPr>
                <w:rFonts w:asciiTheme="majorHAnsi" w:hAnsiTheme="majorHAnsi" w:cstheme="majorHAnsi"/>
                <w:noProof/>
                <w:lang w:val="de-DE"/>
              </w:rPr>
              <w:t>24/7</w:t>
            </w:r>
          </w:p>
        </w:tc>
        <w:tc>
          <w:tcPr>
            <w:tcW w:w="3260" w:type="dxa"/>
          </w:tcPr>
          <w:p w:rsidR="00435EEC" w:rsidRPr="00B44060" w:rsidRDefault="00435EEC" w:rsidP="009E78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noProof/>
                <w:lang w:val="de-DE"/>
              </w:rPr>
            </w:pPr>
            <w:r w:rsidRPr="00B44060">
              <w:rPr>
                <w:rFonts w:asciiTheme="majorHAnsi" w:hAnsiTheme="majorHAnsi" w:cstheme="majorHAnsi"/>
                <w:noProof/>
                <w:lang w:val="de-DE"/>
              </w:rPr>
              <w:t>Separate Testumgebung</w:t>
            </w:r>
          </w:p>
        </w:tc>
      </w:tr>
      <w:tr w:rsidR="00435EEC" w:rsidRPr="00B44060" w:rsidTr="00B440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:rsidR="00435EEC" w:rsidRPr="00B44060" w:rsidRDefault="00435EEC" w:rsidP="009E78D3">
            <w:pPr>
              <w:rPr>
                <w:rFonts w:asciiTheme="majorHAnsi" w:hAnsiTheme="majorHAnsi" w:cstheme="majorHAnsi"/>
                <w:noProof/>
                <w:lang w:val="de-DE"/>
              </w:rPr>
            </w:pPr>
            <w:r w:rsidRPr="00B44060">
              <w:rPr>
                <w:rFonts w:asciiTheme="majorHAnsi" w:hAnsiTheme="majorHAnsi" w:cstheme="majorHAnsi"/>
                <w:noProof/>
                <w:lang w:val="de-DE"/>
              </w:rPr>
              <w:t>Budget</w:t>
            </w:r>
          </w:p>
        </w:tc>
        <w:tc>
          <w:tcPr>
            <w:tcW w:w="1701" w:type="dxa"/>
          </w:tcPr>
          <w:p w:rsidR="00435EEC" w:rsidRPr="00B44060" w:rsidRDefault="00435EEC" w:rsidP="009E78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noProof/>
                <w:lang w:val="de-DE"/>
              </w:rPr>
            </w:pPr>
            <w:r w:rsidRPr="00B44060">
              <w:rPr>
                <w:rFonts w:asciiTheme="majorHAnsi" w:hAnsiTheme="majorHAnsi" w:cstheme="majorHAnsi"/>
                <w:noProof/>
                <w:lang w:val="de-DE"/>
              </w:rPr>
              <w:t>Finanziell</w:t>
            </w:r>
          </w:p>
        </w:tc>
        <w:tc>
          <w:tcPr>
            <w:tcW w:w="1985" w:type="dxa"/>
          </w:tcPr>
          <w:p w:rsidR="00435EEC" w:rsidRPr="00B44060" w:rsidRDefault="00435EEC" w:rsidP="009E78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noProof/>
                <w:lang w:val="de-DE"/>
              </w:rPr>
            </w:pPr>
            <w:r w:rsidRPr="00B44060">
              <w:rPr>
                <w:rFonts w:asciiTheme="majorHAnsi" w:hAnsiTheme="majorHAnsi" w:cstheme="majorHAnsi"/>
                <w:noProof/>
                <w:lang w:val="de-DE"/>
              </w:rPr>
              <w:t>3.000 €</w:t>
            </w:r>
          </w:p>
        </w:tc>
        <w:tc>
          <w:tcPr>
            <w:tcW w:w="3260" w:type="dxa"/>
          </w:tcPr>
          <w:p w:rsidR="00435EEC" w:rsidRPr="00B44060" w:rsidRDefault="00435EEC" w:rsidP="009E78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noProof/>
                <w:lang w:val="de-DE"/>
              </w:rPr>
            </w:pPr>
            <w:r w:rsidRPr="00B44060">
              <w:rPr>
                <w:rFonts w:asciiTheme="majorHAnsi" w:hAnsiTheme="majorHAnsi" w:cstheme="majorHAnsi"/>
                <w:noProof/>
                <w:lang w:val="de-DE"/>
              </w:rPr>
              <w:t>Für externe Tools &amp; Lizenzen</w:t>
            </w:r>
          </w:p>
        </w:tc>
      </w:tr>
      <w:tr w:rsidR="00435EEC" w:rsidRPr="00B44060" w:rsidTr="00B440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:rsidR="00435EEC" w:rsidRPr="00B44060" w:rsidRDefault="00435EEC" w:rsidP="009E78D3">
            <w:pPr>
              <w:rPr>
                <w:rFonts w:asciiTheme="majorHAnsi" w:hAnsiTheme="majorHAnsi" w:cstheme="majorHAnsi"/>
                <w:noProof/>
                <w:lang w:val="de-DE"/>
              </w:rPr>
            </w:pPr>
            <w:r w:rsidRPr="00B44060">
              <w:rPr>
                <w:rFonts w:asciiTheme="majorHAnsi" w:hAnsiTheme="majorHAnsi" w:cstheme="majorHAnsi"/>
                <w:noProof/>
                <w:lang w:val="de-DE"/>
              </w:rPr>
              <w:t>Projektleitung</w:t>
            </w:r>
          </w:p>
        </w:tc>
        <w:tc>
          <w:tcPr>
            <w:tcW w:w="1701" w:type="dxa"/>
          </w:tcPr>
          <w:p w:rsidR="00435EEC" w:rsidRPr="00B44060" w:rsidRDefault="00435EEC" w:rsidP="009E78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noProof/>
                <w:lang w:val="de-DE"/>
              </w:rPr>
            </w:pPr>
            <w:r w:rsidRPr="00B44060">
              <w:rPr>
                <w:rFonts w:asciiTheme="majorHAnsi" w:hAnsiTheme="majorHAnsi" w:cstheme="majorHAnsi"/>
                <w:noProof/>
                <w:lang w:val="de-DE"/>
              </w:rPr>
              <w:t>Personal</w:t>
            </w:r>
          </w:p>
        </w:tc>
        <w:tc>
          <w:tcPr>
            <w:tcW w:w="1985" w:type="dxa"/>
          </w:tcPr>
          <w:p w:rsidR="00435EEC" w:rsidRPr="00B44060" w:rsidRDefault="00435EEC" w:rsidP="009E78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noProof/>
                <w:lang w:val="de-DE"/>
              </w:rPr>
            </w:pPr>
            <w:r w:rsidRPr="00B44060">
              <w:rPr>
                <w:rFonts w:asciiTheme="majorHAnsi" w:hAnsiTheme="majorHAnsi" w:cstheme="majorHAnsi"/>
                <w:noProof/>
                <w:lang w:val="de-DE"/>
              </w:rPr>
              <w:t>50% Auslastung</w:t>
            </w:r>
          </w:p>
        </w:tc>
        <w:tc>
          <w:tcPr>
            <w:tcW w:w="3260" w:type="dxa"/>
          </w:tcPr>
          <w:p w:rsidR="00435EEC" w:rsidRPr="00B44060" w:rsidRDefault="00B44060" w:rsidP="00B44060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noProof/>
                <w:lang w:val="de-DE"/>
              </w:rPr>
            </w:pPr>
            <w:r w:rsidRPr="00B44060">
              <w:rPr>
                <w:rFonts w:asciiTheme="majorHAnsi" w:hAnsiTheme="majorHAnsi" w:cstheme="majorHAnsi"/>
                <w:noProof/>
                <w:lang w:val="de-DE"/>
              </w:rPr>
              <w:t>Neben anderem Projekt</w:t>
            </w:r>
          </w:p>
        </w:tc>
      </w:tr>
    </w:tbl>
    <w:p w:rsidR="00B44060" w:rsidRPr="00B44060" w:rsidRDefault="00B44060">
      <w:pPr>
        <w:pStyle w:val="Beschriftung"/>
        <w:rPr>
          <w:noProof/>
          <w:sz w:val="20"/>
          <w:lang w:val="de-DE"/>
        </w:rPr>
      </w:pPr>
      <w:bookmarkStart w:id="22" w:name="_Toc195628637"/>
      <w:r w:rsidRPr="00B44060">
        <w:rPr>
          <w:noProof/>
          <w:sz w:val="20"/>
          <w:lang w:val="de-DE"/>
        </w:rPr>
        <w:t xml:space="preserve">Tabelle </w:t>
      </w:r>
      <w:r w:rsidRPr="00B44060">
        <w:rPr>
          <w:noProof/>
          <w:sz w:val="20"/>
          <w:lang w:val="de-DE"/>
        </w:rPr>
        <w:fldChar w:fldCharType="begin"/>
      </w:r>
      <w:r w:rsidRPr="00B44060">
        <w:rPr>
          <w:noProof/>
          <w:sz w:val="20"/>
          <w:lang w:val="de-DE"/>
        </w:rPr>
        <w:instrText xml:space="preserve"> SEQ Tabelle \* ARABIC </w:instrText>
      </w:r>
      <w:r w:rsidRPr="00B44060">
        <w:rPr>
          <w:noProof/>
          <w:sz w:val="20"/>
          <w:lang w:val="de-DE"/>
        </w:rPr>
        <w:fldChar w:fldCharType="separate"/>
      </w:r>
      <w:r w:rsidRPr="00B44060">
        <w:rPr>
          <w:noProof/>
          <w:sz w:val="20"/>
          <w:lang w:val="de-DE"/>
        </w:rPr>
        <w:t>2</w:t>
      </w:r>
      <w:r w:rsidRPr="00B44060">
        <w:rPr>
          <w:noProof/>
          <w:sz w:val="20"/>
          <w:lang w:val="de-DE"/>
        </w:rPr>
        <w:fldChar w:fldCharType="end"/>
      </w:r>
      <w:r w:rsidRPr="00B44060">
        <w:rPr>
          <w:noProof/>
          <w:sz w:val="20"/>
          <w:lang w:val="de-DE"/>
        </w:rPr>
        <w:t>: Ressourcenübersicht</w:t>
      </w:r>
      <w:bookmarkEnd w:id="22"/>
    </w:p>
    <w:p w:rsidR="00435EEC" w:rsidRPr="00B44060" w:rsidRDefault="00435EEC" w:rsidP="00435EEC">
      <w:pPr>
        <w:rPr>
          <w:noProof/>
          <w:lang w:val="de-DE"/>
        </w:rPr>
      </w:pPr>
    </w:p>
    <w:tbl>
      <w:tblPr>
        <w:tblStyle w:val="Gitternetztabelle3Akzent5"/>
        <w:tblW w:w="9322" w:type="dxa"/>
        <w:tblLayout w:type="fixed"/>
        <w:tblLook w:val="04A0" w:firstRow="1" w:lastRow="0" w:firstColumn="1" w:lastColumn="0" w:noHBand="0" w:noVBand="1"/>
      </w:tblPr>
      <w:tblGrid>
        <w:gridCol w:w="2802"/>
        <w:gridCol w:w="2126"/>
        <w:gridCol w:w="1417"/>
        <w:gridCol w:w="2977"/>
      </w:tblGrid>
      <w:tr w:rsidR="00B44060" w:rsidRPr="00B44060" w:rsidTr="00B440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802" w:type="dxa"/>
          </w:tcPr>
          <w:p w:rsidR="00B44060" w:rsidRPr="00B44060" w:rsidRDefault="00B44060" w:rsidP="00B44060">
            <w:pPr>
              <w:rPr>
                <w:rFonts w:asciiTheme="majorHAnsi" w:hAnsiTheme="majorHAnsi" w:cstheme="majorHAnsi"/>
                <w:noProof/>
                <w:lang w:val="de-DE"/>
              </w:rPr>
            </w:pPr>
            <w:r w:rsidRPr="00B44060">
              <w:rPr>
                <w:rFonts w:asciiTheme="majorHAnsi" w:hAnsiTheme="majorHAnsi" w:cstheme="majorHAnsi"/>
                <w:noProof/>
                <w:lang w:val="de-DE"/>
              </w:rPr>
              <w:t>Risiko</w:t>
            </w:r>
          </w:p>
        </w:tc>
        <w:tc>
          <w:tcPr>
            <w:tcW w:w="2126" w:type="dxa"/>
          </w:tcPr>
          <w:p w:rsidR="00B44060" w:rsidRPr="00B44060" w:rsidRDefault="00B44060" w:rsidP="009E78D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noProof/>
                <w:lang w:val="de-DE"/>
              </w:rPr>
            </w:pPr>
            <w:r w:rsidRPr="00B44060">
              <w:rPr>
                <w:rFonts w:asciiTheme="majorHAnsi" w:hAnsiTheme="majorHAnsi" w:cstheme="majorHAnsi"/>
                <w:noProof/>
                <w:lang w:val="de-DE"/>
              </w:rPr>
              <w:t>Wahrscheinlichkeit</w:t>
            </w:r>
          </w:p>
        </w:tc>
        <w:tc>
          <w:tcPr>
            <w:tcW w:w="1417" w:type="dxa"/>
          </w:tcPr>
          <w:p w:rsidR="00B44060" w:rsidRPr="00B44060" w:rsidRDefault="00B44060" w:rsidP="009E78D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noProof/>
                <w:lang w:val="de-DE"/>
              </w:rPr>
            </w:pPr>
            <w:r w:rsidRPr="00B44060">
              <w:rPr>
                <w:rFonts w:asciiTheme="majorHAnsi" w:hAnsiTheme="majorHAnsi" w:cstheme="majorHAnsi"/>
                <w:noProof/>
                <w:lang w:val="de-DE"/>
              </w:rPr>
              <w:t>Auswirkung</w:t>
            </w:r>
          </w:p>
        </w:tc>
        <w:tc>
          <w:tcPr>
            <w:tcW w:w="2977" w:type="dxa"/>
          </w:tcPr>
          <w:p w:rsidR="00B44060" w:rsidRPr="00B44060" w:rsidRDefault="00B44060" w:rsidP="009E78D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noProof/>
                <w:lang w:val="de-DE"/>
              </w:rPr>
            </w:pPr>
            <w:r w:rsidRPr="00B44060">
              <w:rPr>
                <w:rFonts w:asciiTheme="majorHAnsi" w:hAnsiTheme="majorHAnsi" w:cstheme="majorHAnsi"/>
                <w:noProof/>
                <w:lang w:val="de-DE"/>
              </w:rPr>
              <w:t>Maßnahme</w:t>
            </w:r>
          </w:p>
        </w:tc>
      </w:tr>
      <w:tr w:rsidR="00B44060" w:rsidRPr="00B44060" w:rsidTr="00B440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</w:tcPr>
          <w:p w:rsidR="00B44060" w:rsidRPr="00B44060" w:rsidRDefault="00B44060" w:rsidP="009E78D3">
            <w:pPr>
              <w:rPr>
                <w:rFonts w:asciiTheme="majorHAnsi" w:hAnsiTheme="majorHAnsi" w:cstheme="majorHAnsi"/>
                <w:noProof/>
                <w:lang w:val="de-DE"/>
              </w:rPr>
            </w:pPr>
            <w:r w:rsidRPr="00B44060">
              <w:rPr>
                <w:rFonts w:asciiTheme="majorHAnsi" w:hAnsiTheme="majorHAnsi" w:cstheme="majorHAnsi"/>
                <w:noProof/>
                <w:lang w:val="de-DE"/>
              </w:rPr>
              <w:t>Ausfall eines Teammitglieds</w:t>
            </w:r>
          </w:p>
        </w:tc>
        <w:tc>
          <w:tcPr>
            <w:tcW w:w="2126" w:type="dxa"/>
          </w:tcPr>
          <w:p w:rsidR="00B44060" w:rsidRPr="00B44060" w:rsidRDefault="00B44060" w:rsidP="009E78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noProof/>
                <w:lang w:val="de-DE"/>
              </w:rPr>
            </w:pPr>
            <w:r w:rsidRPr="00B44060">
              <w:rPr>
                <w:rFonts w:asciiTheme="majorHAnsi" w:hAnsiTheme="majorHAnsi" w:cstheme="majorHAnsi"/>
                <w:noProof/>
                <w:lang w:val="de-DE"/>
              </w:rPr>
              <w:t>Mittel</w:t>
            </w:r>
          </w:p>
        </w:tc>
        <w:tc>
          <w:tcPr>
            <w:tcW w:w="1417" w:type="dxa"/>
          </w:tcPr>
          <w:p w:rsidR="00B44060" w:rsidRPr="00B44060" w:rsidRDefault="00B44060" w:rsidP="009E78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noProof/>
                <w:lang w:val="de-DE"/>
              </w:rPr>
            </w:pPr>
            <w:r w:rsidRPr="00B44060">
              <w:rPr>
                <w:rFonts w:asciiTheme="majorHAnsi" w:hAnsiTheme="majorHAnsi" w:cstheme="majorHAnsi"/>
                <w:noProof/>
                <w:lang w:val="de-DE"/>
              </w:rPr>
              <w:t>Hoch</w:t>
            </w:r>
          </w:p>
        </w:tc>
        <w:tc>
          <w:tcPr>
            <w:tcW w:w="2977" w:type="dxa"/>
          </w:tcPr>
          <w:p w:rsidR="00B44060" w:rsidRPr="00B44060" w:rsidRDefault="00B44060" w:rsidP="009E78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noProof/>
                <w:lang w:val="de-DE"/>
              </w:rPr>
            </w:pPr>
            <w:r w:rsidRPr="00B44060">
              <w:rPr>
                <w:rFonts w:asciiTheme="majorHAnsi" w:hAnsiTheme="majorHAnsi" w:cstheme="majorHAnsi"/>
                <w:noProof/>
                <w:lang w:val="de-DE"/>
              </w:rPr>
              <w:t>Backup-Ressource einplanen</w:t>
            </w:r>
          </w:p>
        </w:tc>
      </w:tr>
      <w:tr w:rsidR="00B44060" w:rsidRPr="00B44060" w:rsidTr="00B440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</w:tcPr>
          <w:p w:rsidR="00B44060" w:rsidRPr="00B44060" w:rsidRDefault="00B44060" w:rsidP="009E78D3">
            <w:pPr>
              <w:rPr>
                <w:rFonts w:asciiTheme="majorHAnsi" w:hAnsiTheme="majorHAnsi" w:cstheme="majorHAnsi"/>
                <w:noProof/>
                <w:lang w:val="de-DE"/>
              </w:rPr>
            </w:pPr>
            <w:r w:rsidRPr="00B44060">
              <w:rPr>
                <w:rFonts w:asciiTheme="majorHAnsi" w:hAnsiTheme="majorHAnsi" w:cstheme="majorHAnsi"/>
                <w:noProof/>
                <w:lang w:val="de-DE"/>
              </w:rPr>
              <w:t>Tool-Kompatibilität</w:t>
            </w:r>
          </w:p>
        </w:tc>
        <w:tc>
          <w:tcPr>
            <w:tcW w:w="2126" w:type="dxa"/>
          </w:tcPr>
          <w:p w:rsidR="00B44060" w:rsidRPr="00B44060" w:rsidRDefault="00B44060" w:rsidP="009E78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noProof/>
                <w:lang w:val="de-DE"/>
              </w:rPr>
            </w:pPr>
            <w:r w:rsidRPr="00B44060">
              <w:rPr>
                <w:rFonts w:asciiTheme="majorHAnsi" w:hAnsiTheme="majorHAnsi" w:cstheme="majorHAnsi"/>
                <w:noProof/>
                <w:lang w:val="de-DE"/>
              </w:rPr>
              <w:t>Hoch</w:t>
            </w:r>
          </w:p>
        </w:tc>
        <w:tc>
          <w:tcPr>
            <w:tcW w:w="1417" w:type="dxa"/>
          </w:tcPr>
          <w:p w:rsidR="00B44060" w:rsidRPr="00B44060" w:rsidRDefault="00B44060" w:rsidP="009E78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noProof/>
                <w:lang w:val="de-DE"/>
              </w:rPr>
            </w:pPr>
            <w:r w:rsidRPr="00B44060">
              <w:rPr>
                <w:rFonts w:asciiTheme="majorHAnsi" w:hAnsiTheme="majorHAnsi" w:cstheme="majorHAnsi"/>
                <w:noProof/>
                <w:lang w:val="de-DE"/>
              </w:rPr>
              <w:t>Mittel</w:t>
            </w:r>
          </w:p>
        </w:tc>
        <w:tc>
          <w:tcPr>
            <w:tcW w:w="2977" w:type="dxa"/>
          </w:tcPr>
          <w:p w:rsidR="00B44060" w:rsidRPr="00B44060" w:rsidRDefault="00B44060" w:rsidP="009E78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noProof/>
                <w:lang w:val="de-DE"/>
              </w:rPr>
            </w:pPr>
            <w:r w:rsidRPr="00B44060">
              <w:rPr>
                <w:rFonts w:asciiTheme="majorHAnsi" w:hAnsiTheme="majorHAnsi" w:cstheme="majorHAnsi"/>
                <w:noProof/>
                <w:lang w:val="de-DE"/>
              </w:rPr>
              <w:t>Vorab Tests durchführen</w:t>
            </w:r>
          </w:p>
        </w:tc>
      </w:tr>
      <w:tr w:rsidR="00B44060" w:rsidRPr="00B44060" w:rsidTr="00B440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</w:tcPr>
          <w:p w:rsidR="00B44060" w:rsidRPr="00B44060" w:rsidRDefault="00B44060" w:rsidP="009E78D3">
            <w:pPr>
              <w:rPr>
                <w:rFonts w:asciiTheme="majorHAnsi" w:hAnsiTheme="majorHAnsi" w:cstheme="majorHAnsi"/>
                <w:noProof/>
                <w:lang w:val="de-DE"/>
              </w:rPr>
            </w:pPr>
            <w:r w:rsidRPr="00B44060">
              <w:rPr>
                <w:rFonts w:asciiTheme="majorHAnsi" w:hAnsiTheme="majorHAnsi" w:cstheme="majorHAnsi"/>
                <w:noProof/>
                <w:lang w:val="de-DE"/>
              </w:rPr>
              <w:t>Zeitüberschreitung</w:t>
            </w:r>
          </w:p>
        </w:tc>
        <w:tc>
          <w:tcPr>
            <w:tcW w:w="2126" w:type="dxa"/>
          </w:tcPr>
          <w:p w:rsidR="00B44060" w:rsidRPr="00B44060" w:rsidRDefault="00B44060" w:rsidP="009E78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noProof/>
                <w:lang w:val="de-DE"/>
              </w:rPr>
            </w:pPr>
            <w:r w:rsidRPr="00B44060">
              <w:rPr>
                <w:rFonts w:asciiTheme="majorHAnsi" w:hAnsiTheme="majorHAnsi" w:cstheme="majorHAnsi"/>
                <w:noProof/>
                <w:lang w:val="de-DE"/>
              </w:rPr>
              <w:t>Mittel</w:t>
            </w:r>
          </w:p>
        </w:tc>
        <w:tc>
          <w:tcPr>
            <w:tcW w:w="1417" w:type="dxa"/>
          </w:tcPr>
          <w:p w:rsidR="00B44060" w:rsidRPr="00B44060" w:rsidRDefault="00B44060" w:rsidP="009E78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noProof/>
                <w:lang w:val="de-DE"/>
              </w:rPr>
            </w:pPr>
            <w:r w:rsidRPr="00B44060">
              <w:rPr>
                <w:rFonts w:asciiTheme="majorHAnsi" w:hAnsiTheme="majorHAnsi" w:cstheme="majorHAnsi"/>
                <w:noProof/>
                <w:lang w:val="de-DE"/>
              </w:rPr>
              <w:t>Hoch</w:t>
            </w:r>
          </w:p>
        </w:tc>
        <w:tc>
          <w:tcPr>
            <w:tcW w:w="2977" w:type="dxa"/>
          </w:tcPr>
          <w:p w:rsidR="00B44060" w:rsidRPr="00B44060" w:rsidRDefault="00B44060" w:rsidP="00B44060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noProof/>
                <w:lang w:val="de-DE"/>
              </w:rPr>
            </w:pPr>
            <w:r w:rsidRPr="00B44060">
              <w:rPr>
                <w:rFonts w:asciiTheme="majorHAnsi" w:hAnsiTheme="majorHAnsi" w:cstheme="majorHAnsi"/>
                <w:noProof/>
                <w:lang w:val="de-DE"/>
              </w:rPr>
              <w:t>Pufferzeiten einbauen</w:t>
            </w:r>
          </w:p>
        </w:tc>
      </w:tr>
    </w:tbl>
    <w:p w:rsidR="00B44060" w:rsidRPr="00B44060" w:rsidRDefault="00B44060">
      <w:pPr>
        <w:pStyle w:val="Beschriftung"/>
        <w:rPr>
          <w:noProof/>
          <w:sz w:val="20"/>
          <w:lang w:val="de-DE"/>
        </w:rPr>
      </w:pPr>
      <w:bookmarkStart w:id="23" w:name="_Toc195628638"/>
      <w:r w:rsidRPr="00B44060">
        <w:rPr>
          <w:noProof/>
          <w:sz w:val="20"/>
          <w:lang w:val="de-DE"/>
        </w:rPr>
        <w:t xml:space="preserve">Tabelle </w:t>
      </w:r>
      <w:r w:rsidRPr="00B44060">
        <w:rPr>
          <w:noProof/>
          <w:sz w:val="20"/>
          <w:lang w:val="de-DE"/>
        </w:rPr>
        <w:fldChar w:fldCharType="begin"/>
      </w:r>
      <w:r w:rsidRPr="00B44060">
        <w:rPr>
          <w:noProof/>
          <w:sz w:val="20"/>
          <w:lang w:val="de-DE"/>
        </w:rPr>
        <w:instrText xml:space="preserve"> SEQ Tabelle \* ARABIC </w:instrText>
      </w:r>
      <w:r w:rsidRPr="00B44060">
        <w:rPr>
          <w:noProof/>
          <w:sz w:val="20"/>
          <w:lang w:val="de-DE"/>
        </w:rPr>
        <w:fldChar w:fldCharType="separate"/>
      </w:r>
      <w:r w:rsidRPr="00B44060">
        <w:rPr>
          <w:noProof/>
          <w:sz w:val="20"/>
          <w:lang w:val="de-DE"/>
        </w:rPr>
        <w:t>3</w:t>
      </w:r>
      <w:r w:rsidRPr="00B44060">
        <w:rPr>
          <w:noProof/>
          <w:sz w:val="20"/>
          <w:lang w:val="de-DE"/>
        </w:rPr>
        <w:fldChar w:fldCharType="end"/>
      </w:r>
      <w:r w:rsidRPr="00B44060">
        <w:rPr>
          <w:noProof/>
          <w:sz w:val="20"/>
          <w:lang w:val="de-DE"/>
        </w:rPr>
        <w:t>: Risikomatrix</w:t>
      </w:r>
      <w:bookmarkEnd w:id="23"/>
    </w:p>
    <w:p w:rsidR="00435EEC" w:rsidRPr="00435EEC" w:rsidRDefault="00435EEC" w:rsidP="00435EEC">
      <w:pPr>
        <w:rPr>
          <w:lang w:val="de-DE"/>
        </w:rPr>
      </w:pPr>
    </w:p>
    <w:p w:rsidR="0014734B" w:rsidRPr="00CB2C99" w:rsidRDefault="0014734B" w:rsidP="0014734B">
      <w:pPr>
        <w:rPr>
          <w:rFonts w:asciiTheme="majorHAnsi" w:eastAsiaTheme="majorEastAsia" w:hAnsiTheme="majorHAnsi" w:cstheme="majorBidi"/>
          <w:color w:val="365F91" w:themeColor="accent1" w:themeShade="BF"/>
          <w:sz w:val="28"/>
          <w:szCs w:val="28"/>
          <w:lang w:val="de-DE"/>
        </w:rPr>
      </w:pPr>
      <w:r w:rsidRPr="00CB2C99">
        <w:rPr>
          <w:lang w:val="de-DE"/>
        </w:rPr>
        <w:br w:type="page"/>
      </w:r>
    </w:p>
    <w:p w:rsidR="0014734B" w:rsidRPr="00CB2C99" w:rsidRDefault="0014734B" w:rsidP="0014734B">
      <w:pPr>
        <w:pStyle w:val="berschrift1"/>
        <w:rPr>
          <w:lang w:val="de-DE"/>
        </w:rPr>
      </w:pPr>
      <w:bookmarkStart w:id="24" w:name="_Toc195625346"/>
      <w:r w:rsidRPr="00CB2C99">
        <w:rPr>
          <w:lang w:val="de-DE"/>
        </w:rPr>
        <w:t>6 Checklisten</w:t>
      </w:r>
      <w:bookmarkEnd w:id="24"/>
    </w:p>
    <w:p w:rsidR="006544E0" w:rsidRDefault="006544E0" w:rsidP="006544E0">
      <w:pPr>
        <w:rPr>
          <w:rFonts w:asciiTheme="majorHAnsi" w:hAnsiTheme="majorHAnsi" w:cstheme="majorHAnsi"/>
          <w:lang w:val="de-DE"/>
        </w:rPr>
      </w:pPr>
      <w:r w:rsidRPr="00CB2C99">
        <w:rPr>
          <w:rFonts w:asciiTheme="majorHAnsi" w:hAnsiTheme="majorHAnsi" w:cstheme="majorHAnsi"/>
          <w:sz w:val="24"/>
          <w:u w:val="single"/>
          <w:lang w:val="de-DE"/>
        </w:rPr>
        <w:t>1. Vor Projektstart</w:t>
      </w:r>
      <w:r w:rsidR="00CB2C99">
        <w:rPr>
          <w:rFonts w:asciiTheme="majorHAnsi" w:hAnsiTheme="majorHAnsi" w:cstheme="majorHAnsi"/>
          <w:sz w:val="24"/>
          <w:u w:val="single"/>
          <w:lang w:val="de-DE"/>
        </w:rPr>
        <w:br/>
      </w:r>
      <w:sdt>
        <w:sdtPr>
          <w:rPr>
            <w:rFonts w:asciiTheme="majorHAnsi" w:hAnsiTheme="majorHAnsi" w:cstheme="majorHAnsi"/>
            <w:lang w:val="de-DE"/>
          </w:rPr>
          <w:id w:val="-3500304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2C99">
            <w:rPr>
              <w:rFonts w:ascii="MS Gothic" w:eastAsia="MS Gothic" w:hAnsi="MS Gothic" w:cstheme="majorHAnsi" w:hint="eastAsia"/>
              <w:lang w:val="de-DE"/>
            </w:rPr>
            <w:t>☐</w:t>
          </w:r>
        </w:sdtContent>
      </w:sdt>
      <w:r w:rsidRPr="00CB2C99">
        <w:rPr>
          <w:rFonts w:asciiTheme="majorHAnsi" w:hAnsiTheme="majorHAnsi" w:cstheme="majorHAnsi"/>
          <w:lang w:val="de-DE"/>
        </w:rPr>
        <w:t xml:space="preserve"> Projektauftrag genehmigt</w:t>
      </w:r>
      <w:r w:rsidRPr="00CB2C99">
        <w:rPr>
          <w:rFonts w:asciiTheme="majorHAnsi" w:hAnsiTheme="majorHAnsi" w:cstheme="majorHAnsi"/>
          <w:lang w:val="de-DE"/>
        </w:rPr>
        <w:br/>
      </w:r>
      <w:sdt>
        <w:sdtPr>
          <w:rPr>
            <w:rFonts w:asciiTheme="majorHAnsi" w:hAnsiTheme="majorHAnsi" w:cstheme="majorHAnsi"/>
            <w:lang w:val="de-DE"/>
          </w:rPr>
          <w:id w:val="-17887226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2C99">
            <w:rPr>
              <w:rFonts w:ascii="MS Gothic" w:eastAsia="MS Gothic" w:hAnsi="MS Gothic" w:cstheme="majorHAnsi" w:hint="eastAsia"/>
              <w:lang w:val="de-DE"/>
            </w:rPr>
            <w:t>☐</w:t>
          </w:r>
        </w:sdtContent>
      </w:sdt>
      <w:r w:rsidRPr="00CB2C99">
        <w:rPr>
          <w:rFonts w:asciiTheme="majorHAnsi" w:hAnsiTheme="majorHAnsi" w:cstheme="majorHAnsi"/>
          <w:lang w:val="de-DE"/>
        </w:rPr>
        <w:t xml:space="preserve"> Stakeholder identifiziert</w:t>
      </w:r>
      <w:r w:rsidRPr="00CB2C99">
        <w:rPr>
          <w:rFonts w:asciiTheme="majorHAnsi" w:hAnsiTheme="majorHAnsi" w:cstheme="majorHAnsi"/>
          <w:lang w:val="de-DE"/>
        </w:rPr>
        <w:br/>
      </w:r>
      <w:sdt>
        <w:sdtPr>
          <w:rPr>
            <w:rFonts w:asciiTheme="majorHAnsi" w:hAnsiTheme="majorHAnsi" w:cstheme="majorHAnsi"/>
            <w:lang w:val="de-DE"/>
          </w:rPr>
          <w:id w:val="1904266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2C99">
            <w:rPr>
              <w:rFonts w:ascii="MS Gothic" w:eastAsia="MS Gothic" w:hAnsi="MS Gothic" w:cstheme="majorHAnsi" w:hint="eastAsia"/>
              <w:lang w:val="de-DE"/>
            </w:rPr>
            <w:t>☐</w:t>
          </w:r>
        </w:sdtContent>
      </w:sdt>
      <w:r w:rsidRPr="00CB2C99">
        <w:rPr>
          <w:rFonts w:asciiTheme="majorHAnsi" w:hAnsiTheme="majorHAnsi" w:cstheme="majorHAnsi"/>
          <w:lang w:val="de-DE"/>
        </w:rPr>
        <w:t xml:space="preserve"> Kick-Off Meeting durchgeführt</w:t>
      </w:r>
      <w:r w:rsidRPr="00CB2C99">
        <w:rPr>
          <w:rFonts w:asciiTheme="majorHAnsi" w:hAnsiTheme="majorHAnsi" w:cstheme="majorHAnsi"/>
          <w:lang w:val="de-DE"/>
        </w:rPr>
        <w:br/>
      </w:r>
      <w:sdt>
        <w:sdtPr>
          <w:rPr>
            <w:rFonts w:asciiTheme="majorHAnsi" w:hAnsiTheme="majorHAnsi" w:cstheme="majorHAnsi"/>
            <w:lang w:val="de-DE"/>
          </w:rPr>
          <w:id w:val="-1319652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2C99">
            <w:rPr>
              <w:rFonts w:ascii="MS Gothic" w:eastAsia="MS Gothic" w:hAnsi="MS Gothic" w:cstheme="majorHAnsi" w:hint="eastAsia"/>
              <w:lang w:val="de-DE"/>
            </w:rPr>
            <w:t>☐</w:t>
          </w:r>
        </w:sdtContent>
      </w:sdt>
      <w:r w:rsidRPr="00CB2C99">
        <w:rPr>
          <w:rFonts w:asciiTheme="majorHAnsi" w:hAnsiTheme="majorHAnsi" w:cstheme="majorHAnsi"/>
          <w:lang w:val="de-DE"/>
        </w:rPr>
        <w:t xml:space="preserve"> Ressourcen eingeplant</w:t>
      </w:r>
    </w:p>
    <w:p w:rsidR="00CB2C99" w:rsidRDefault="00CB2C99" w:rsidP="00CB2C99">
      <w:pPr>
        <w:rPr>
          <w:rFonts w:asciiTheme="majorHAnsi" w:hAnsiTheme="majorHAnsi" w:cstheme="majorHAnsi"/>
          <w:lang w:val="de-DE"/>
        </w:rPr>
      </w:pPr>
      <w:r>
        <w:rPr>
          <w:rFonts w:asciiTheme="majorHAnsi" w:hAnsiTheme="majorHAnsi" w:cstheme="majorHAnsi"/>
          <w:sz w:val="24"/>
          <w:u w:val="single"/>
          <w:lang w:val="de-DE"/>
        </w:rPr>
        <w:t>2</w:t>
      </w:r>
      <w:r w:rsidRPr="00CB2C99">
        <w:rPr>
          <w:rFonts w:asciiTheme="majorHAnsi" w:hAnsiTheme="majorHAnsi" w:cstheme="majorHAnsi"/>
          <w:sz w:val="24"/>
          <w:u w:val="single"/>
          <w:lang w:val="de-DE"/>
        </w:rPr>
        <w:t>. Anforderungsanalyse</w:t>
      </w:r>
      <w:r>
        <w:rPr>
          <w:rFonts w:asciiTheme="majorHAnsi" w:hAnsiTheme="majorHAnsi" w:cstheme="majorHAnsi"/>
          <w:sz w:val="24"/>
          <w:u w:val="single"/>
          <w:lang w:val="de-DE"/>
        </w:rPr>
        <w:br/>
      </w:r>
      <w:sdt>
        <w:sdtPr>
          <w:rPr>
            <w:rFonts w:asciiTheme="majorHAnsi" w:hAnsiTheme="majorHAnsi" w:cstheme="majorHAnsi"/>
            <w:lang w:val="de-DE"/>
          </w:rPr>
          <w:id w:val="-13707481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ajorHAnsi" w:hint="eastAsia"/>
              <w:lang w:val="de-DE"/>
            </w:rPr>
            <w:t>☐</w:t>
          </w:r>
        </w:sdtContent>
      </w:sdt>
      <w:r w:rsidRPr="00CB2C99">
        <w:rPr>
          <w:rFonts w:asciiTheme="majorHAnsi" w:hAnsiTheme="majorHAnsi" w:cstheme="majorHAnsi"/>
          <w:lang w:val="de-DE"/>
        </w:rPr>
        <w:t xml:space="preserve"> Anforderungen aufgenommen</w:t>
      </w:r>
      <w:r w:rsidRPr="00CB2C99">
        <w:rPr>
          <w:rFonts w:asciiTheme="majorHAnsi" w:hAnsiTheme="majorHAnsi" w:cstheme="majorHAnsi"/>
          <w:lang w:val="de-DE"/>
        </w:rPr>
        <w:br/>
      </w:r>
      <w:sdt>
        <w:sdtPr>
          <w:rPr>
            <w:rFonts w:asciiTheme="majorHAnsi" w:hAnsiTheme="majorHAnsi" w:cstheme="majorHAnsi"/>
            <w:lang w:val="de-DE"/>
          </w:rPr>
          <w:id w:val="1891770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ajorHAnsi" w:hint="eastAsia"/>
              <w:lang w:val="de-DE"/>
            </w:rPr>
            <w:t>☐</w:t>
          </w:r>
        </w:sdtContent>
      </w:sdt>
      <w:r w:rsidRPr="00CB2C99">
        <w:rPr>
          <w:rFonts w:asciiTheme="majorHAnsi" w:hAnsiTheme="majorHAnsi" w:cstheme="majorHAnsi"/>
          <w:lang w:val="de-DE"/>
        </w:rPr>
        <w:t xml:space="preserve"> Dokumentation erstellt</w:t>
      </w:r>
      <w:r w:rsidRPr="00CB2C99">
        <w:rPr>
          <w:rFonts w:asciiTheme="majorHAnsi" w:hAnsiTheme="majorHAnsi" w:cstheme="majorHAnsi"/>
          <w:lang w:val="de-DE"/>
        </w:rPr>
        <w:br/>
      </w:r>
      <w:sdt>
        <w:sdtPr>
          <w:rPr>
            <w:rFonts w:asciiTheme="majorHAnsi" w:hAnsiTheme="majorHAnsi" w:cstheme="majorHAnsi"/>
            <w:lang w:val="de-DE"/>
          </w:rPr>
          <w:id w:val="-13917269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ajorHAnsi" w:hint="eastAsia"/>
              <w:lang w:val="de-DE"/>
            </w:rPr>
            <w:t>☐</w:t>
          </w:r>
        </w:sdtContent>
      </w:sdt>
      <w:r w:rsidRPr="00CB2C99">
        <w:rPr>
          <w:rFonts w:asciiTheme="majorHAnsi" w:hAnsiTheme="majorHAnsi" w:cstheme="majorHAnsi"/>
          <w:lang w:val="de-DE"/>
        </w:rPr>
        <w:t xml:space="preserve"> Vom Kunden freigegeben</w:t>
      </w:r>
    </w:p>
    <w:p w:rsidR="00CB2C99" w:rsidRDefault="00CB2C99" w:rsidP="00CB2C99">
      <w:pPr>
        <w:rPr>
          <w:rFonts w:asciiTheme="majorHAnsi" w:hAnsiTheme="majorHAnsi" w:cstheme="majorHAnsi"/>
          <w:lang w:val="de-DE"/>
        </w:rPr>
      </w:pPr>
      <w:r>
        <w:rPr>
          <w:rFonts w:asciiTheme="majorHAnsi" w:hAnsiTheme="majorHAnsi" w:cstheme="majorHAnsi"/>
          <w:sz w:val="24"/>
          <w:u w:val="single"/>
          <w:lang w:val="de-DE"/>
        </w:rPr>
        <w:t>3</w:t>
      </w:r>
      <w:r w:rsidRPr="00CB2C99">
        <w:rPr>
          <w:rFonts w:asciiTheme="majorHAnsi" w:hAnsiTheme="majorHAnsi" w:cstheme="majorHAnsi"/>
          <w:sz w:val="24"/>
          <w:u w:val="single"/>
          <w:lang w:val="de-DE"/>
        </w:rPr>
        <w:t>. Planung</w:t>
      </w:r>
      <w:r>
        <w:rPr>
          <w:rFonts w:asciiTheme="majorHAnsi" w:hAnsiTheme="majorHAnsi" w:cstheme="majorHAnsi"/>
          <w:sz w:val="24"/>
          <w:u w:val="single"/>
          <w:lang w:val="de-DE"/>
        </w:rPr>
        <w:br/>
      </w:r>
      <w:sdt>
        <w:sdtPr>
          <w:rPr>
            <w:rFonts w:asciiTheme="majorHAnsi" w:hAnsiTheme="majorHAnsi" w:cstheme="majorHAnsi"/>
            <w:lang w:val="de-DE"/>
          </w:rPr>
          <w:id w:val="14581450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ajorHAnsi" w:hint="eastAsia"/>
              <w:lang w:val="de-DE"/>
            </w:rPr>
            <w:t>☐</w:t>
          </w:r>
        </w:sdtContent>
      </w:sdt>
      <w:r w:rsidRPr="00CB2C99">
        <w:rPr>
          <w:rFonts w:asciiTheme="majorHAnsi" w:hAnsiTheme="majorHAnsi" w:cstheme="majorHAnsi"/>
          <w:lang w:val="de-DE"/>
        </w:rPr>
        <w:t xml:space="preserve"> Zeitplan erstellt</w:t>
      </w:r>
      <w:r w:rsidRPr="00CB2C99">
        <w:rPr>
          <w:rFonts w:asciiTheme="majorHAnsi" w:hAnsiTheme="majorHAnsi" w:cstheme="majorHAnsi"/>
          <w:lang w:val="de-DE"/>
        </w:rPr>
        <w:br/>
      </w:r>
      <w:sdt>
        <w:sdtPr>
          <w:rPr>
            <w:rFonts w:asciiTheme="majorHAnsi" w:hAnsiTheme="majorHAnsi" w:cstheme="majorHAnsi"/>
            <w:lang w:val="de-DE"/>
          </w:rPr>
          <w:id w:val="20644354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ajorHAnsi" w:hint="eastAsia"/>
              <w:lang w:val="de-DE"/>
            </w:rPr>
            <w:t>☐</w:t>
          </w:r>
        </w:sdtContent>
      </w:sdt>
      <w:r w:rsidRPr="00CB2C99">
        <w:rPr>
          <w:rFonts w:asciiTheme="majorHAnsi" w:hAnsiTheme="majorHAnsi" w:cstheme="majorHAnsi"/>
          <w:lang w:val="de-DE"/>
        </w:rPr>
        <w:t xml:space="preserve"> Risiken bewertet</w:t>
      </w:r>
      <w:r w:rsidRPr="00CB2C99">
        <w:rPr>
          <w:rFonts w:asciiTheme="majorHAnsi" w:hAnsiTheme="majorHAnsi" w:cstheme="majorHAnsi"/>
          <w:lang w:val="de-DE"/>
        </w:rPr>
        <w:br/>
      </w:r>
      <w:sdt>
        <w:sdtPr>
          <w:rPr>
            <w:rFonts w:asciiTheme="majorHAnsi" w:hAnsiTheme="majorHAnsi" w:cstheme="majorHAnsi"/>
            <w:lang w:val="de-DE"/>
          </w:rPr>
          <w:id w:val="-1674886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ajorHAnsi" w:hint="eastAsia"/>
              <w:lang w:val="de-DE"/>
            </w:rPr>
            <w:t>☐</w:t>
          </w:r>
        </w:sdtContent>
      </w:sdt>
      <w:r w:rsidRPr="00CB2C99">
        <w:rPr>
          <w:rFonts w:asciiTheme="majorHAnsi" w:hAnsiTheme="majorHAnsi" w:cstheme="majorHAnsi"/>
          <w:lang w:val="de-DE"/>
        </w:rPr>
        <w:t xml:space="preserve"> Verantwortlichkeiten verteilt</w:t>
      </w:r>
    </w:p>
    <w:p w:rsidR="00CB2C99" w:rsidRDefault="00CB2C99" w:rsidP="00CB2C99">
      <w:pPr>
        <w:rPr>
          <w:rFonts w:asciiTheme="majorHAnsi" w:hAnsiTheme="majorHAnsi" w:cstheme="majorHAnsi"/>
          <w:lang w:val="de-DE"/>
        </w:rPr>
      </w:pPr>
      <w:r>
        <w:rPr>
          <w:rFonts w:asciiTheme="majorHAnsi" w:hAnsiTheme="majorHAnsi" w:cstheme="majorHAnsi"/>
          <w:sz w:val="24"/>
          <w:u w:val="single"/>
          <w:lang w:val="de-DE"/>
        </w:rPr>
        <w:t>4</w:t>
      </w:r>
      <w:r w:rsidRPr="00CB2C99">
        <w:rPr>
          <w:rFonts w:asciiTheme="majorHAnsi" w:hAnsiTheme="majorHAnsi" w:cstheme="majorHAnsi"/>
          <w:sz w:val="24"/>
          <w:u w:val="single"/>
          <w:lang w:val="de-DE"/>
        </w:rPr>
        <w:t>. Umsetzung</w:t>
      </w:r>
      <w:r>
        <w:rPr>
          <w:rFonts w:asciiTheme="majorHAnsi" w:hAnsiTheme="majorHAnsi" w:cstheme="majorHAnsi"/>
          <w:sz w:val="24"/>
          <w:u w:val="single"/>
          <w:lang w:val="de-DE"/>
        </w:rPr>
        <w:br/>
      </w:r>
      <w:sdt>
        <w:sdtPr>
          <w:rPr>
            <w:rFonts w:asciiTheme="majorHAnsi" w:hAnsiTheme="majorHAnsi" w:cstheme="majorHAnsi"/>
            <w:lang w:val="de-DE"/>
          </w:rPr>
          <w:id w:val="-18643522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ajorHAnsi" w:hint="eastAsia"/>
              <w:lang w:val="de-DE"/>
            </w:rPr>
            <w:t>☐</w:t>
          </w:r>
        </w:sdtContent>
      </w:sdt>
      <w:r w:rsidRPr="00CB2C99">
        <w:rPr>
          <w:rFonts w:asciiTheme="majorHAnsi" w:hAnsiTheme="majorHAnsi" w:cstheme="majorHAnsi"/>
          <w:lang w:val="de-DE"/>
        </w:rPr>
        <w:t xml:space="preserve"> Projektstruktur steht</w:t>
      </w:r>
      <w:r w:rsidRPr="00CB2C99">
        <w:rPr>
          <w:rFonts w:asciiTheme="majorHAnsi" w:hAnsiTheme="majorHAnsi" w:cstheme="majorHAnsi"/>
          <w:lang w:val="de-DE"/>
        </w:rPr>
        <w:br/>
      </w:r>
      <w:sdt>
        <w:sdtPr>
          <w:rPr>
            <w:rFonts w:asciiTheme="majorHAnsi" w:hAnsiTheme="majorHAnsi" w:cstheme="majorHAnsi"/>
            <w:lang w:val="de-DE"/>
          </w:rPr>
          <w:id w:val="-13847034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ajorHAnsi" w:hint="eastAsia"/>
              <w:lang w:val="de-DE"/>
            </w:rPr>
            <w:t>☐</w:t>
          </w:r>
        </w:sdtContent>
      </w:sdt>
      <w:r w:rsidRPr="00CB2C99">
        <w:rPr>
          <w:rFonts w:asciiTheme="majorHAnsi" w:hAnsiTheme="majorHAnsi" w:cstheme="majorHAnsi"/>
          <w:lang w:val="de-DE"/>
        </w:rPr>
        <w:t xml:space="preserve"> Erste Testläufe erfolgreich</w:t>
      </w:r>
      <w:r w:rsidRPr="00CB2C99">
        <w:rPr>
          <w:rFonts w:asciiTheme="majorHAnsi" w:hAnsiTheme="majorHAnsi" w:cstheme="majorHAnsi"/>
          <w:lang w:val="de-DE"/>
        </w:rPr>
        <w:br/>
      </w:r>
      <w:sdt>
        <w:sdtPr>
          <w:rPr>
            <w:rFonts w:asciiTheme="majorHAnsi" w:hAnsiTheme="majorHAnsi" w:cstheme="majorHAnsi"/>
            <w:lang w:val="de-DE"/>
          </w:rPr>
          <w:id w:val="18898409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ajorHAnsi" w:hint="eastAsia"/>
              <w:lang w:val="de-DE"/>
            </w:rPr>
            <w:t>☐</w:t>
          </w:r>
        </w:sdtContent>
      </w:sdt>
      <w:r w:rsidRPr="00CB2C99">
        <w:rPr>
          <w:rFonts w:asciiTheme="majorHAnsi" w:hAnsiTheme="majorHAnsi" w:cstheme="majorHAnsi"/>
          <w:lang w:val="de-DE"/>
        </w:rPr>
        <w:t xml:space="preserve"> Funktionalität validiert</w:t>
      </w:r>
    </w:p>
    <w:p w:rsidR="00CB2C99" w:rsidRDefault="00CB2C99" w:rsidP="00CB2C99">
      <w:pPr>
        <w:rPr>
          <w:rFonts w:asciiTheme="majorHAnsi" w:hAnsiTheme="majorHAnsi" w:cstheme="majorHAnsi"/>
          <w:lang w:val="de-DE"/>
        </w:rPr>
      </w:pPr>
      <w:r>
        <w:rPr>
          <w:rFonts w:asciiTheme="majorHAnsi" w:hAnsiTheme="majorHAnsi" w:cstheme="majorHAnsi"/>
          <w:sz w:val="24"/>
          <w:u w:val="single"/>
          <w:lang w:val="de-DE"/>
        </w:rPr>
        <w:t>5</w:t>
      </w:r>
      <w:r w:rsidRPr="00CB2C99">
        <w:rPr>
          <w:rFonts w:asciiTheme="majorHAnsi" w:hAnsiTheme="majorHAnsi" w:cstheme="majorHAnsi"/>
          <w:sz w:val="24"/>
          <w:u w:val="single"/>
          <w:lang w:val="de-DE"/>
        </w:rPr>
        <w:t>. Abnahme</w:t>
      </w:r>
      <w:r>
        <w:rPr>
          <w:rFonts w:asciiTheme="majorHAnsi" w:hAnsiTheme="majorHAnsi" w:cstheme="majorHAnsi"/>
          <w:sz w:val="24"/>
          <w:u w:val="single"/>
          <w:lang w:val="de-DE"/>
        </w:rPr>
        <w:br/>
      </w:r>
      <w:sdt>
        <w:sdtPr>
          <w:rPr>
            <w:rFonts w:asciiTheme="majorHAnsi" w:hAnsiTheme="majorHAnsi" w:cstheme="majorHAnsi"/>
            <w:lang w:val="de-DE"/>
          </w:rPr>
          <w:id w:val="5517379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ajorHAnsi" w:hint="eastAsia"/>
              <w:lang w:val="de-DE"/>
            </w:rPr>
            <w:t>☐</w:t>
          </w:r>
        </w:sdtContent>
      </w:sdt>
      <w:r w:rsidRPr="00CB2C99">
        <w:rPr>
          <w:rFonts w:asciiTheme="majorHAnsi" w:hAnsiTheme="majorHAnsi" w:cstheme="majorHAnsi"/>
          <w:lang w:val="de-DE"/>
        </w:rPr>
        <w:t xml:space="preserve"> Kunde testet Lösung</w:t>
      </w:r>
      <w:r w:rsidRPr="00CB2C99">
        <w:rPr>
          <w:rFonts w:asciiTheme="majorHAnsi" w:hAnsiTheme="majorHAnsi" w:cstheme="majorHAnsi"/>
          <w:lang w:val="de-DE"/>
        </w:rPr>
        <w:br/>
      </w:r>
      <w:sdt>
        <w:sdtPr>
          <w:rPr>
            <w:rFonts w:asciiTheme="majorHAnsi" w:hAnsiTheme="majorHAnsi" w:cstheme="majorHAnsi"/>
            <w:lang w:val="de-DE"/>
          </w:rPr>
          <w:id w:val="14579158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ajorHAnsi" w:hint="eastAsia"/>
              <w:lang w:val="de-DE"/>
            </w:rPr>
            <w:t>☐</w:t>
          </w:r>
        </w:sdtContent>
      </w:sdt>
      <w:r w:rsidRPr="00CB2C99">
        <w:rPr>
          <w:rFonts w:asciiTheme="majorHAnsi" w:hAnsiTheme="majorHAnsi" w:cstheme="majorHAnsi"/>
          <w:lang w:val="de-DE"/>
        </w:rPr>
        <w:t xml:space="preserve"> Abnahmeprotokoll unterschrieben</w:t>
      </w:r>
      <w:r w:rsidRPr="00CB2C99">
        <w:rPr>
          <w:rFonts w:asciiTheme="majorHAnsi" w:hAnsiTheme="majorHAnsi" w:cstheme="majorHAnsi"/>
          <w:lang w:val="de-DE"/>
        </w:rPr>
        <w:br/>
      </w:r>
      <w:sdt>
        <w:sdtPr>
          <w:rPr>
            <w:rFonts w:asciiTheme="majorHAnsi" w:hAnsiTheme="majorHAnsi" w:cstheme="majorHAnsi"/>
            <w:lang w:val="de-DE"/>
          </w:rPr>
          <w:id w:val="-7868844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ajorHAnsi" w:hint="eastAsia"/>
              <w:lang w:val="de-DE"/>
            </w:rPr>
            <w:t>☐</w:t>
          </w:r>
        </w:sdtContent>
      </w:sdt>
      <w:r w:rsidRPr="00CB2C99">
        <w:rPr>
          <w:rFonts w:asciiTheme="majorHAnsi" w:hAnsiTheme="majorHAnsi" w:cstheme="majorHAnsi"/>
          <w:lang w:val="de-DE"/>
        </w:rPr>
        <w:t xml:space="preserve"> Feedback aufgenommen</w:t>
      </w:r>
    </w:p>
    <w:p w:rsidR="00CB2C99" w:rsidRDefault="00CB2C99" w:rsidP="00CB2C99">
      <w:pPr>
        <w:rPr>
          <w:rFonts w:asciiTheme="majorHAnsi" w:hAnsiTheme="majorHAnsi" w:cstheme="majorHAnsi"/>
          <w:lang w:val="de-DE"/>
        </w:rPr>
      </w:pPr>
      <w:r>
        <w:rPr>
          <w:rFonts w:asciiTheme="majorHAnsi" w:hAnsiTheme="majorHAnsi" w:cstheme="majorHAnsi"/>
          <w:sz w:val="24"/>
          <w:u w:val="single"/>
          <w:lang w:val="de-DE"/>
        </w:rPr>
        <w:t>6</w:t>
      </w:r>
      <w:r w:rsidRPr="00CB2C99">
        <w:rPr>
          <w:rFonts w:asciiTheme="majorHAnsi" w:hAnsiTheme="majorHAnsi" w:cstheme="majorHAnsi"/>
          <w:sz w:val="24"/>
          <w:u w:val="single"/>
          <w:lang w:val="de-DE"/>
        </w:rPr>
        <w:t>. Projektabschluss</w:t>
      </w:r>
      <w:r>
        <w:rPr>
          <w:rFonts w:asciiTheme="majorHAnsi" w:hAnsiTheme="majorHAnsi" w:cstheme="majorHAnsi"/>
          <w:sz w:val="24"/>
          <w:u w:val="single"/>
          <w:lang w:val="de-DE"/>
        </w:rPr>
        <w:br/>
      </w:r>
      <w:sdt>
        <w:sdtPr>
          <w:rPr>
            <w:rFonts w:asciiTheme="majorHAnsi" w:hAnsiTheme="majorHAnsi" w:cstheme="majorHAnsi"/>
            <w:lang w:val="de-DE"/>
          </w:rPr>
          <w:id w:val="-16624514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ajorHAnsi" w:hint="eastAsia"/>
              <w:lang w:val="de-DE"/>
            </w:rPr>
            <w:t>☐</w:t>
          </w:r>
        </w:sdtContent>
      </w:sdt>
      <w:r w:rsidRPr="00CB2C99">
        <w:rPr>
          <w:rFonts w:asciiTheme="majorHAnsi" w:hAnsiTheme="majorHAnsi" w:cstheme="majorHAnsi"/>
          <w:lang w:val="de-DE"/>
        </w:rPr>
        <w:t xml:space="preserve"> Projektdokumentation fertig</w:t>
      </w:r>
      <w:r w:rsidRPr="00CB2C99">
        <w:rPr>
          <w:rFonts w:asciiTheme="majorHAnsi" w:hAnsiTheme="majorHAnsi" w:cstheme="majorHAnsi"/>
          <w:lang w:val="de-DE"/>
        </w:rPr>
        <w:br/>
      </w:r>
      <w:sdt>
        <w:sdtPr>
          <w:rPr>
            <w:rFonts w:asciiTheme="majorHAnsi" w:hAnsiTheme="majorHAnsi" w:cstheme="majorHAnsi"/>
            <w:lang w:val="de-DE"/>
          </w:rPr>
          <w:id w:val="1232871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ajorHAnsi" w:hint="eastAsia"/>
              <w:lang w:val="de-DE"/>
            </w:rPr>
            <w:t>☐</w:t>
          </w:r>
        </w:sdtContent>
      </w:sdt>
      <w:r w:rsidRPr="00CB2C99">
        <w:rPr>
          <w:rFonts w:asciiTheme="majorHAnsi" w:hAnsiTheme="majorHAnsi" w:cstheme="majorHAnsi"/>
          <w:lang w:val="de-DE"/>
        </w:rPr>
        <w:t xml:space="preserve"> </w:t>
      </w:r>
      <w:r>
        <w:rPr>
          <w:rFonts w:asciiTheme="majorHAnsi" w:hAnsiTheme="majorHAnsi" w:cstheme="majorHAnsi"/>
          <w:lang w:val="de-DE"/>
        </w:rPr>
        <w:t>Übergabe an Betrieb/Support</w:t>
      </w:r>
      <w:r w:rsidRPr="00CB2C99">
        <w:rPr>
          <w:rFonts w:asciiTheme="majorHAnsi" w:hAnsiTheme="majorHAnsi" w:cstheme="majorHAnsi"/>
          <w:lang w:val="de-DE"/>
        </w:rPr>
        <w:br/>
      </w:r>
      <w:sdt>
        <w:sdtPr>
          <w:rPr>
            <w:rFonts w:asciiTheme="majorHAnsi" w:hAnsiTheme="majorHAnsi" w:cstheme="majorHAnsi"/>
            <w:lang w:val="de-DE"/>
          </w:rPr>
          <w:id w:val="-2038575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ajorHAnsi" w:hint="eastAsia"/>
              <w:lang w:val="de-DE"/>
            </w:rPr>
            <w:t>☐</w:t>
          </w:r>
        </w:sdtContent>
      </w:sdt>
      <w:r w:rsidRPr="00CB2C99">
        <w:rPr>
          <w:rFonts w:asciiTheme="majorHAnsi" w:hAnsiTheme="majorHAnsi" w:cstheme="majorHAnsi"/>
          <w:lang w:val="de-DE"/>
        </w:rPr>
        <w:t xml:space="preserve"> Abschlussmeeting durchgeführt</w:t>
      </w:r>
      <w:r>
        <w:rPr>
          <w:rFonts w:asciiTheme="majorHAnsi" w:hAnsiTheme="majorHAnsi" w:cstheme="majorHAnsi"/>
          <w:lang w:val="de-DE"/>
        </w:rPr>
        <w:br/>
      </w:r>
      <w:sdt>
        <w:sdtPr>
          <w:rPr>
            <w:rFonts w:asciiTheme="majorHAnsi" w:hAnsiTheme="majorHAnsi" w:cstheme="majorHAnsi"/>
            <w:lang w:val="de-DE"/>
          </w:rPr>
          <w:id w:val="-9288128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ajorHAnsi" w:hint="eastAsia"/>
              <w:lang w:val="de-DE"/>
            </w:rPr>
            <w:t>☐</w:t>
          </w:r>
        </w:sdtContent>
      </w:sdt>
      <w:r w:rsidRPr="00CB2C99">
        <w:rPr>
          <w:rFonts w:asciiTheme="majorHAnsi" w:hAnsiTheme="majorHAnsi" w:cstheme="majorHAnsi"/>
          <w:lang w:val="de-DE"/>
        </w:rPr>
        <w:t xml:space="preserve"> Lessons Learned dokumentiert</w:t>
      </w:r>
    </w:p>
    <w:p w:rsidR="00C7781E" w:rsidRDefault="00D10593">
      <w:pPr>
        <w:rPr>
          <w:rFonts w:asciiTheme="majorHAnsi" w:hAnsiTheme="majorHAnsi" w:cstheme="majorHAnsi"/>
          <w:lang w:val="de-DE"/>
        </w:rPr>
      </w:pPr>
      <w:r w:rsidRPr="00CB2C99">
        <w:rPr>
          <w:rFonts w:asciiTheme="majorHAnsi" w:hAnsiTheme="majorHAnsi" w:cstheme="majorHAnsi"/>
          <w:lang w:val="de-DE"/>
        </w:rPr>
        <w:t>[In diesem Abschnitt sind die verwendeten Checklisten aufgeführt, die zur Qualitätssicherung und strukturierten Durchführung des Projekts beigetragen haben. Die Listen dienen sowohl der Vorbereitung als auch der Kontrolle einzelner Projektphasen.]</w:t>
      </w:r>
    </w:p>
    <w:p w:rsidR="0014734B" w:rsidRPr="00CB2C99" w:rsidRDefault="0014734B">
      <w:pPr>
        <w:rPr>
          <w:rFonts w:asciiTheme="majorHAnsi" w:eastAsiaTheme="majorEastAsia" w:hAnsiTheme="majorHAnsi" w:cstheme="majorHAnsi"/>
          <w:b/>
          <w:bCs/>
          <w:color w:val="365F91" w:themeColor="accent1" w:themeShade="BF"/>
          <w:sz w:val="32"/>
          <w:szCs w:val="28"/>
          <w:lang w:val="de-DE"/>
        </w:rPr>
      </w:pPr>
      <w:r w:rsidRPr="00CB2C99">
        <w:rPr>
          <w:rFonts w:cstheme="majorHAnsi"/>
          <w:sz w:val="32"/>
          <w:lang w:val="de-DE"/>
        </w:rPr>
        <w:br w:type="page"/>
      </w:r>
    </w:p>
    <w:p w:rsidR="00A315B9" w:rsidRPr="00CB2C99" w:rsidRDefault="0014734B" w:rsidP="0014734B">
      <w:pPr>
        <w:pStyle w:val="berschrift1"/>
        <w:rPr>
          <w:rFonts w:cstheme="majorHAnsi"/>
          <w:lang w:val="de-DE"/>
        </w:rPr>
      </w:pPr>
      <w:bookmarkStart w:id="25" w:name="_Toc195625347"/>
      <w:r w:rsidRPr="00CB2C99">
        <w:rPr>
          <w:rFonts w:cstheme="majorHAnsi"/>
          <w:lang w:val="de-DE"/>
        </w:rPr>
        <w:t xml:space="preserve">7 Weitere </w:t>
      </w:r>
      <w:r w:rsidR="006544E0" w:rsidRPr="00CB2C99">
        <w:rPr>
          <w:rFonts w:cstheme="majorHAnsi"/>
          <w:lang w:val="de-DE"/>
        </w:rPr>
        <w:t>Anhänge</w:t>
      </w:r>
      <w:bookmarkEnd w:id="25"/>
    </w:p>
    <w:p w:rsidR="00C7781E" w:rsidRDefault="00CB2C99" w:rsidP="00C7781E">
      <w:pPr>
        <w:keepNext/>
      </w:pPr>
      <w:r>
        <w:rPr>
          <w:noProof/>
          <w:lang w:val="de-DE" w:eastAsia="de-DE"/>
        </w:rPr>
        <w:drawing>
          <wp:inline distT="0" distB="0" distL="0" distR="0" wp14:anchorId="5EA1F654" wp14:editId="0673CC43">
            <wp:extent cx="3267075" cy="3280233"/>
            <wp:effectExtent l="19050" t="19050" r="9525" b="1587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nhang 1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228" b="9019"/>
                    <a:stretch/>
                  </pic:blipFill>
                  <pic:spPr bwMode="auto">
                    <a:xfrm>
                      <a:off x="0" y="0"/>
                      <a:ext cx="3296135" cy="330941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35EEC" w:rsidRPr="00435EEC" w:rsidRDefault="00C7781E" w:rsidP="00435EEC">
      <w:pPr>
        <w:pStyle w:val="Beschriftung"/>
        <w:rPr>
          <w:sz w:val="20"/>
        </w:rPr>
      </w:pPr>
      <w:bookmarkStart w:id="26" w:name="_Toc195628389"/>
      <w:r w:rsidRPr="00435EEC">
        <w:rPr>
          <w:sz w:val="20"/>
        </w:rPr>
        <w:t xml:space="preserve">Abbildung </w:t>
      </w:r>
      <w:r w:rsidRPr="00435EEC">
        <w:rPr>
          <w:sz w:val="20"/>
        </w:rPr>
        <w:fldChar w:fldCharType="begin"/>
      </w:r>
      <w:r w:rsidRPr="00435EEC">
        <w:rPr>
          <w:sz w:val="20"/>
        </w:rPr>
        <w:instrText xml:space="preserve"> SEQ Abbildung \* ARABIC </w:instrText>
      </w:r>
      <w:r w:rsidRPr="00435EEC">
        <w:rPr>
          <w:sz w:val="20"/>
        </w:rPr>
        <w:fldChar w:fldCharType="separate"/>
      </w:r>
      <w:r w:rsidR="00435EEC">
        <w:rPr>
          <w:noProof/>
          <w:sz w:val="20"/>
        </w:rPr>
        <w:t>1</w:t>
      </w:r>
      <w:r w:rsidRPr="00435EEC">
        <w:rPr>
          <w:sz w:val="20"/>
        </w:rPr>
        <w:fldChar w:fldCharType="end"/>
      </w:r>
      <w:r w:rsidRPr="00435EEC">
        <w:rPr>
          <w:sz w:val="20"/>
        </w:rPr>
        <w:t>: Screenshot Login-Maske</w:t>
      </w:r>
      <w:bookmarkEnd w:id="26"/>
    </w:p>
    <w:p w:rsidR="00435EEC" w:rsidRDefault="00C7781E" w:rsidP="00435EEC">
      <w:pPr>
        <w:keepNext/>
      </w:pPr>
      <w:r>
        <w:rPr>
          <w:noProof/>
          <w:lang w:val="de-DE" w:eastAsia="de-DE"/>
        </w:rPr>
        <w:drawing>
          <wp:inline distT="0" distB="0" distL="0" distR="0" wp14:anchorId="535B28A8" wp14:editId="6B33A858">
            <wp:extent cx="4648200" cy="2673964"/>
            <wp:effectExtent l="19050" t="19050" r="19050" b="1270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73017" cy="274576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C7781E" w:rsidRPr="00435EEC" w:rsidRDefault="00435EEC" w:rsidP="00435EEC">
      <w:pPr>
        <w:pStyle w:val="Beschriftung"/>
        <w:rPr>
          <w:sz w:val="20"/>
        </w:rPr>
      </w:pPr>
      <w:bookmarkStart w:id="27" w:name="_Toc195628390"/>
      <w:r w:rsidRPr="00435EEC">
        <w:rPr>
          <w:sz w:val="20"/>
        </w:rPr>
        <w:t xml:space="preserve">Abbildung </w:t>
      </w:r>
      <w:r w:rsidRPr="00435EEC">
        <w:rPr>
          <w:sz w:val="20"/>
        </w:rPr>
        <w:fldChar w:fldCharType="begin"/>
      </w:r>
      <w:r w:rsidRPr="00435EEC">
        <w:rPr>
          <w:sz w:val="20"/>
        </w:rPr>
        <w:instrText xml:space="preserve"> SEQ Abbildung \* ARABIC </w:instrText>
      </w:r>
      <w:r w:rsidRPr="00435EEC">
        <w:rPr>
          <w:sz w:val="20"/>
        </w:rPr>
        <w:fldChar w:fldCharType="separate"/>
      </w:r>
      <w:r w:rsidRPr="00435EEC">
        <w:rPr>
          <w:noProof/>
          <w:sz w:val="20"/>
        </w:rPr>
        <w:t>2</w:t>
      </w:r>
      <w:r w:rsidRPr="00435EEC">
        <w:rPr>
          <w:sz w:val="20"/>
        </w:rPr>
        <w:fldChar w:fldCharType="end"/>
      </w:r>
      <w:r w:rsidRPr="00435EEC">
        <w:rPr>
          <w:sz w:val="20"/>
        </w:rPr>
        <w:t>: Gantt-Diagramm</w:t>
      </w:r>
      <w:bookmarkEnd w:id="27"/>
    </w:p>
    <w:p w:rsidR="0014734B" w:rsidRPr="00CB2C99" w:rsidRDefault="00D10593" w:rsidP="0014734B">
      <w:pPr>
        <w:rPr>
          <w:rFonts w:asciiTheme="majorHAnsi" w:hAnsiTheme="majorHAnsi" w:cstheme="majorHAnsi"/>
          <w:lang w:val="de-DE"/>
        </w:rPr>
      </w:pPr>
      <w:r w:rsidRPr="00CB2C99">
        <w:rPr>
          <w:rFonts w:asciiTheme="majorHAnsi" w:hAnsiTheme="majorHAnsi" w:cstheme="majorHAnsi"/>
          <w:lang w:val="de-DE"/>
        </w:rPr>
        <w:t>[Die folgenden Anhänge ergänzen die Projektdokumentation durch unterstützendes Material, visuelle Darstellungen, Testergebnisse sowie beispielhaften Quellcode. Sie dienen der Nachvollziehbarkeit und technischen Einordnung.]</w:t>
      </w:r>
    </w:p>
    <w:sectPr w:rsidR="0014734B" w:rsidRPr="00CB2C99" w:rsidSect="00C7781E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563" w:right="1800" w:bottom="1985" w:left="1800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0DFC" w:rsidRDefault="00D60DFC" w:rsidP="00D60DFC">
      <w:pPr>
        <w:spacing w:after="0" w:line="240" w:lineRule="auto"/>
      </w:pPr>
      <w:r>
        <w:separator/>
      </w:r>
    </w:p>
  </w:endnote>
  <w:endnote w:type="continuationSeparator" w:id="0">
    <w:p w:rsidR="00D60DFC" w:rsidRDefault="00D60DFC" w:rsidP="00D60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343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741"/>
      <w:gridCol w:w="4737"/>
    </w:tblGrid>
    <w:tr w:rsidR="00BB266B" w:rsidTr="00BB266B">
      <w:trPr>
        <w:trHeight w:hRule="exact" w:val="128"/>
        <w:jc w:val="center"/>
      </w:trPr>
      <w:tc>
        <w:tcPr>
          <w:tcW w:w="4742" w:type="dxa"/>
          <w:shd w:val="clear" w:color="auto" w:fill="4F81BD" w:themeFill="accent1"/>
          <w:tcMar>
            <w:top w:w="0" w:type="dxa"/>
            <w:bottom w:w="0" w:type="dxa"/>
          </w:tcMar>
        </w:tcPr>
        <w:p w:rsidR="00BB266B" w:rsidRDefault="00BB266B">
          <w:pPr>
            <w:pStyle w:val="Kopfzeile"/>
            <w:tabs>
              <w:tab w:val="clear" w:pos="4680"/>
              <w:tab w:val="clear" w:pos="9360"/>
            </w:tabs>
            <w:rPr>
              <w:caps/>
              <w:sz w:val="18"/>
            </w:rPr>
          </w:pPr>
        </w:p>
      </w:tc>
      <w:tc>
        <w:tcPr>
          <w:tcW w:w="4737" w:type="dxa"/>
          <w:shd w:val="clear" w:color="auto" w:fill="4F81BD" w:themeFill="accent1"/>
          <w:tcMar>
            <w:top w:w="0" w:type="dxa"/>
            <w:bottom w:w="0" w:type="dxa"/>
          </w:tcMar>
        </w:tcPr>
        <w:p w:rsidR="00BB266B" w:rsidRDefault="00BB266B">
          <w:pPr>
            <w:pStyle w:val="Kopfzeile"/>
            <w:tabs>
              <w:tab w:val="clear" w:pos="4680"/>
              <w:tab w:val="clear" w:pos="9360"/>
            </w:tabs>
            <w:jc w:val="right"/>
            <w:rPr>
              <w:caps/>
              <w:sz w:val="18"/>
            </w:rPr>
          </w:pPr>
        </w:p>
      </w:tc>
    </w:tr>
    <w:tr w:rsidR="00BB266B" w:rsidTr="00BB266B">
      <w:trPr>
        <w:trHeight w:val="218"/>
        <w:jc w:val="center"/>
      </w:trPr>
      <w:tc>
        <w:tcPr>
          <w:tcW w:w="4742" w:type="dxa"/>
          <w:shd w:val="clear" w:color="auto" w:fill="auto"/>
          <w:vAlign w:val="center"/>
        </w:tcPr>
        <w:p w:rsidR="00BB266B" w:rsidRDefault="00BB266B">
          <w:pPr>
            <w:pStyle w:val="Fuzeile"/>
            <w:tabs>
              <w:tab w:val="clear" w:pos="4680"/>
              <w:tab w:val="clear" w:pos="9360"/>
            </w:tabs>
            <w:rPr>
              <w:caps/>
              <w:color w:val="808080" w:themeColor="background1" w:themeShade="80"/>
              <w:sz w:val="18"/>
              <w:szCs w:val="18"/>
            </w:rPr>
          </w:pPr>
        </w:p>
      </w:tc>
      <w:tc>
        <w:tcPr>
          <w:tcW w:w="4737" w:type="dxa"/>
          <w:shd w:val="clear" w:color="auto" w:fill="auto"/>
          <w:vAlign w:val="center"/>
        </w:tcPr>
        <w:p w:rsidR="00BB266B" w:rsidRDefault="00BB266B">
          <w:pPr>
            <w:pStyle w:val="Fuzeile"/>
            <w:tabs>
              <w:tab w:val="clear" w:pos="4680"/>
              <w:tab w:val="clear" w:pos="9360"/>
            </w:tabs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 w:rsidR="004F1D64" w:rsidRPr="004F1D64">
            <w:rPr>
              <w:caps/>
              <w:noProof/>
              <w:color w:val="808080" w:themeColor="background1" w:themeShade="80"/>
              <w:sz w:val="18"/>
              <w:szCs w:val="18"/>
              <w:lang w:val="de-DE"/>
            </w:rPr>
            <w:t>11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:rsidR="00BB266B" w:rsidRDefault="00BB266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F0D" w:rsidRDefault="00786F0D" w:rsidP="00786F0D">
    <w:pPr>
      <w:pStyle w:val="Fuzeile"/>
      <w:ind w:left="-1701"/>
    </w:pPr>
    <w:r>
      <w:rPr>
        <w:noProof/>
        <w:lang w:val="de-DE" w:eastAsia="de-DE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-1104900</wp:posOffset>
          </wp:positionH>
          <wp:positionV relativeFrom="paragraph">
            <wp:posOffset>-1196340</wp:posOffset>
          </wp:positionV>
          <wp:extent cx="7696200" cy="1457325"/>
          <wp:effectExtent l="0" t="0" r="0" b="9525"/>
          <wp:wrapThrough wrapText="bothSides">
            <wp:wrapPolygon edited="0">
              <wp:start x="0" y="0"/>
              <wp:lineTo x="0" y="21459"/>
              <wp:lineTo x="21547" y="21459"/>
              <wp:lineTo x="21547" y="0"/>
              <wp:lineTo x="0" y="0"/>
            </wp:wrapPolygon>
          </wp:wrapThrough>
          <wp:docPr id="41" name="Grafik 41" descr="C:\Users\Valentyn Tsapchuk\AppData\Local\Microsoft\Windows\INetCache\Content.Word\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1" descr="C:\Users\Valentyn Tsapchuk\AppData\Local\Microsoft\Windows\INetCache\Content.Word\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7489"/>
                  <a:stretch>
                    <a:fillRect/>
                  </a:stretch>
                </pic:blipFill>
                <pic:spPr bwMode="auto">
                  <a:xfrm>
                    <a:off x="0" y="0"/>
                    <a:ext cx="7696200" cy="1457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86F0D" w:rsidRDefault="00786F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0DFC" w:rsidRDefault="00D60DFC" w:rsidP="00D60DFC">
      <w:pPr>
        <w:spacing w:after="0" w:line="240" w:lineRule="auto"/>
      </w:pPr>
      <w:r>
        <w:separator/>
      </w:r>
    </w:p>
  </w:footnote>
  <w:footnote w:type="continuationSeparator" w:id="0">
    <w:p w:rsidR="00D60DFC" w:rsidRDefault="00D60DFC" w:rsidP="00D60D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0593" w:rsidRDefault="00D10593">
    <w:pPr>
      <w:pStyle w:val="Kopfzeile"/>
    </w:pPr>
    <w:r w:rsidRPr="0014734B">
      <w:rPr>
        <w:rFonts w:asciiTheme="majorHAnsi" w:hAnsiTheme="majorHAnsi" w:cstheme="majorHAnsi"/>
        <w:noProof/>
        <w:color w:val="1F497D" w:themeColor="text2"/>
        <w:sz w:val="40"/>
        <w:lang w:val="de-DE" w:eastAsia="de-DE"/>
      </w:rPr>
      <w:drawing>
        <wp:anchor distT="0" distB="0" distL="114300" distR="114300" simplePos="0" relativeHeight="251660288" behindDoc="0" locked="0" layoutInCell="1" allowOverlap="1" wp14:anchorId="6C87DF8E" wp14:editId="33983715">
          <wp:simplePos x="0" y="0"/>
          <wp:positionH relativeFrom="column">
            <wp:posOffset>5486400</wp:posOffset>
          </wp:positionH>
          <wp:positionV relativeFrom="paragraph">
            <wp:posOffset>-381000</wp:posOffset>
          </wp:positionV>
          <wp:extent cx="838200" cy="838200"/>
          <wp:effectExtent l="0" t="0" r="0" b="0"/>
          <wp:wrapThrough wrapText="bothSides">
            <wp:wrapPolygon edited="0">
              <wp:start x="0" y="0"/>
              <wp:lineTo x="0" y="21109"/>
              <wp:lineTo x="21109" y="21109"/>
              <wp:lineTo x="21109" y="0"/>
              <wp:lineTo x="0" y="0"/>
            </wp:wrapPolygon>
          </wp:wrapThrough>
          <wp:docPr id="39" name="Grafik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" name="Musterfirma (1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0" cy="838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F0D" w:rsidRDefault="00786F0D">
    <w:pPr>
      <w:pStyle w:val="Kopfzeile"/>
    </w:pPr>
    <w:r>
      <w:rPr>
        <w:noProof/>
        <w:lang w:val="de-DE" w:eastAsia="de-DE"/>
      </w:rPr>
      <w:drawing>
        <wp:anchor distT="0" distB="0" distL="114300" distR="114300" simplePos="0" relativeHeight="251658240" behindDoc="0" locked="0" layoutInCell="1" allowOverlap="1" wp14:anchorId="5394CA2A" wp14:editId="0E1C92DD">
          <wp:simplePos x="0" y="0"/>
          <wp:positionH relativeFrom="column">
            <wp:posOffset>-1104900</wp:posOffset>
          </wp:positionH>
          <wp:positionV relativeFrom="paragraph">
            <wp:posOffset>-409575</wp:posOffset>
          </wp:positionV>
          <wp:extent cx="7696200" cy="1457325"/>
          <wp:effectExtent l="0" t="0" r="0" b="9525"/>
          <wp:wrapThrough wrapText="bothSides">
            <wp:wrapPolygon edited="0">
              <wp:start x="21600" y="21600"/>
              <wp:lineTo x="21600" y="141"/>
              <wp:lineTo x="53" y="141"/>
              <wp:lineTo x="53" y="21600"/>
              <wp:lineTo x="21600" y="21600"/>
            </wp:wrapPolygon>
          </wp:wrapThrough>
          <wp:docPr id="40" name="Grafik 40" descr="C:\Users\Valentyn Tsapchuk\AppData\Local\Microsoft\Windows\INetCache\Content.Word\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1" descr="C:\Users\Valentyn Tsapchuk\AppData\Local\Microsoft\Windows\INetCache\Content.Word\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7489"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7696200" cy="1457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7235F"/>
    <w:rsid w:val="0014734B"/>
    <w:rsid w:val="0015074B"/>
    <w:rsid w:val="0029639D"/>
    <w:rsid w:val="00326F90"/>
    <w:rsid w:val="00435EEC"/>
    <w:rsid w:val="004F1D64"/>
    <w:rsid w:val="006544E0"/>
    <w:rsid w:val="00786F0D"/>
    <w:rsid w:val="00883F0B"/>
    <w:rsid w:val="00901EF9"/>
    <w:rsid w:val="00A315B9"/>
    <w:rsid w:val="00AA1D8D"/>
    <w:rsid w:val="00B44060"/>
    <w:rsid w:val="00B47730"/>
    <w:rsid w:val="00BB266B"/>
    <w:rsid w:val="00C7781E"/>
    <w:rsid w:val="00CB0664"/>
    <w:rsid w:val="00CB2C99"/>
    <w:rsid w:val="00D10593"/>
    <w:rsid w:val="00D60DF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2EF2F086"/>
  <w14:defaultImageDpi w14:val="330"/>
  <w15:docId w15:val="{D13B1440-ED35-4B1B-A6F7-8928C369C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435EEC"/>
  </w:style>
  <w:style w:type="paragraph" w:styleId="berschrift1">
    <w:name w:val="heading 1"/>
    <w:basedOn w:val="Standard"/>
    <w:next w:val="Standard"/>
    <w:link w:val="berschrift1Zchn"/>
    <w:uiPriority w:val="9"/>
    <w:qFormat/>
    <w:rsid w:val="00D105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D1059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D10593"/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10593"/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Verzeichnis1">
    <w:name w:val="toc 1"/>
    <w:basedOn w:val="Standard"/>
    <w:next w:val="Standard"/>
    <w:autoRedefine/>
    <w:uiPriority w:val="39"/>
    <w:unhideWhenUsed/>
    <w:rsid w:val="0014734B"/>
    <w:pPr>
      <w:spacing w:after="100"/>
    </w:pPr>
  </w:style>
  <w:style w:type="character" w:styleId="Hyperlink">
    <w:name w:val="Hyperlink"/>
    <w:basedOn w:val="Absatz-Standardschriftart"/>
    <w:uiPriority w:val="99"/>
    <w:unhideWhenUsed/>
    <w:rsid w:val="0014734B"/>
    <w:rPr>
      <w:color w:val="0000FF" w:themeColor="hyperlink"/>
      <w:u w:val="single"/>
    </w:rPr>
  </w:style>
  <w:style w:type="paragraph" w:styleId="Verzeichnis2">
    <w:name w:val="toc 2"/>
    <w:basedOn w:val="Standard"/>
    <w:next w:val="Standard"/>
    <w:autoRedefine/>
    <w:uiPriority w:val="39"/>
    <w:unhideWhenUsed/>
    <w:rsid w:val="0014734B"/>
    <w:pPr>
      <w:spacing w:after="100"/>
      <w:ind w:left="220"/>
    </w:pPr>
  </w:style>
  <w:style w:type="table" w:styleId="Gitternetztabelle4Akzent2">
    <w:name w:val="Grid Table 4 Accent 2"/>
    <w:basedOn w:val="NormaleTabelle"/>
    <w:uiPriority w:val="49"/>
    <w:rsid w:val="00D10593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itternetztabelle2Akzent1">
    <w:name w:val="Grid Table 2 Accent 1"/>
    <w:basedOn w:val="NormaleTabelle"/>
    <w:uiPriority w:val="47"/>
    <w:rsid w:val="00D10593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tternetztabelle6farbig">
    <w:name w:val="Grid Table 6 Colorful"/>
    <w:basedOn w:val="NormaleTabelle"/>
    <w:uiPriority w:val="51"/>
    <w:rsid w:val="00D1059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3">
    <w:name w:val="Grid Table 3"/>
    <w:basedOn w:val="NormaleTabelle"/>
    <w:uiPriority w:val="99"/>
    <w:rsid w:val="00D1059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Listentabelle4">
    <w:name w:val="List Table 4"/>
    <w:basedOn w:val="NormaleTabelle"/>
    <w:uiPriority w:val="49"/>
    <w:rsid w:val="00D1059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6farbig">
    <w:name w:val="List Table 6 Colorful"/>
    <w:basedOn w:val="NormaleTabelle"/>
    <w:uiPriority w:val="51"/>
    <w:rsid w:val="00D1059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infacheTabelle3">
    <w:name w:val="Plain Table 3"/>
    <w:basedOn w:val="NormaleTabelle"/>
    <w:uiPriority w:val="99"/>
    <w:rsid w:val="00D1059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99"/>
    <w:rsid w:val="00D1059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itternetztabelle1hellAkzent1">
    <w:name w:val="Grid Table 1 Light Accent 1"/>
    <w:basedOn w:val="NormaleTabelle"/>
    <w:uiPriority w:val="46"/>
    <w:rsid w:val="00BB266B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4">
    <w:name w:val="Grid Table 1 Light Accent 4"/>
    <w:basedOn w:val="NormaleTabelle"/>
    <w:uiPriority w:val="46"/>
    <w:rsid w:val="00BB266B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4">
    <w:name w:val="Grid Table 4"/>
    <w:basedOn w:val="NormaleTabelle"/>
    <w:uiPriority w:val="49"/>
    <w:rsid w:val="00BB266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3Akzent2">
    <w:name w:val="Grid Table 3 Accent 2"/>
    <w:basedOn w:val="NormaleTabelle"/>
    <w:uiPriority w:val="48"/>
    <w:rsid w:val="00BB266B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itternetztabelle3Akzent4">
    <w:name w:val="Grid Table 3 Accent 4"/>
    <w:basedOn w:val="NormaleTabelle"/>
    <w:uiPriority w:val="48"/>
    <w:rsid w:val="00BB266B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itternetztabelle3Akzent5">
    <w:name w:val="Grid Table 3 Accent 5"/>
    <w:basedOn w:val="NormaleTabelle"/>
    <w:uiPriority w:val="48"/>
    <w:rsid w:val="00BB266B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paragraph" w:styleId="Abbildungsverzeichnis">
    <w:name w:val="table of figures"/>
    <w:basedOn w:val="Standard"/>
    <w:next w:val="Standard"/>
    <w:uiPriority w:val="99"/>
    <w:unhideWhenUsed/>
    <w:rsid w:val="00C7781E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9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9F946F0-6979-4563-BF57-C508E21A0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802</Words>
  <Characters>5057</Characters>
  <Application>Microsoft Office Word</Application>
  <DocSecurity>0</DocSecurity>
  <Lines>42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5848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Valentyn Tsapchuk</cp:lastModifiedBy>
  <cp:revision>7</cp:revision>
  <dcterms:created xsi:type="dcterms:W3CDTF">2013-12-23T23:15:00Z</dcterms:created>
  <dcterms:modified xsi:type="dcterms:W3CDTF">2025-11-10T15:48:00Z</dcterms:modified>
  <cp:category/>
</cp:coreProperties>
</file>